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11CoP/440/2013 z 17. 9. 2013</w:t>
      </w:r>
    </w:p>
    <w:p>
      <w:r>
        <w:t>Uznesenie Krajského súdu Bratislava z 17. septembra 2013, sp. zn. 11CoP/440/2013, ECLI:SK:KSBA:2013:1313201836.2</w:t>
      </w:r>
    </w:p>
    <w:p>
      <w:r>
        <w:t>Súd: Krajský súd Bratislava</w:t>
      </w:r>
    </w:p>
    <w:p>
      <w:r>
        <w:t>Spisová značka: 11CoP/440/2013</w:t>
      </w:r>
    </w:p>
    <w:p>
      <w:r>
        <w:t>ECLI: ECLI:SK:KSBA:2013:1313201836.2</w:t>
      </w:r>
    </w:p>
    <w:p>
      <w:r>
        <w:t>Dátum vydania: 17. 9.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11CoP/440/2013 Identifikačné číslo súdneho spisu: 1313201836 Dátum vydania rozhodnutia: 18. 09. 2013 Meno a priezvisko sudcu, VSÚ: JUDr. Katarína Štrignerová ECLI: ECLI:SK:KSBA:2013:1313201836.2 Uznesenie Krajský súd v Bratislave, vo veci starostlivosti súdu o maloletú J. D., R.. XX.XX.XXXX, zastúpenú kolíznym opatrovníkom Úradom práce sociálnych vecí a rodiny odbor sociálnych vecí, Vazovova 7/A, Bratislava, dieťa rodičov: matka - D. D., R.. XX.XX.XXXX, trvale bytom C. B.. XX, D., a otec - Ľ.B. D., R.. XX.XX.XXXX, bytom Q. XX, D., o návrhu starých rodičov: Ľ. D., R.. XX.XX.XXXX, trvale bytom: O.. Z. XX, D., a O. D., R.. XX.XX.XXXX, trvale bytom A. Z. XX, D., obaja zastúpení splnomocnenou spoločnosťou, advokát Beňo Peter, s.r.o., so sídlom Lietavská 9, Bratislava, o nariadenie predbežného opatrenia, na odvolanie matky proti uzneseniu Okresného súdu Bratislava III zo dňa 01.07.2013, č.k. 38P 26/2013-123, jednohlasne ( pomerom hlasov 3:0) takto r o z h o d o l : Odvolanie matky sa o d m i e t a. o d ô v o d n e n i e : Okresný súd Bratislava III uznesením zo dňa 01.07.2013, č.k. 38P 26/2013-123 nariadil predbežné opatrenie, ktorým upravil styk starých rodičov: Ľ. D., R.. XX.XX.XXXX a O. D., R.. XX.XX.XXXX, obaja bytom O.. Z. XX, D. s maloletou J.R. D., R.. XX.XX.XXXX, tak, že starí rodičia majú právo stretávať sa v mesiaci júl a august počas školských letných prázdnin v roku 2013 s maloletou J. v dňom od 25.07.2013 od 08.00 hod. do 28.07.2013 do 18.00 hod. a v mesiaci august od 22.08. od 08.00 hod do 25.08. do 18.00 hod., s tým, že starí rodičia si v stanové dni a hodiny prevezmú maloletú pred bytom matky a v stanovené dni a hodiny vrátia späť maloletú matke pred jej bytom. Vo zvyšku návrh zamietol. Súd prvého stupňa predmetné predbežné opatrenie nariadil na návrh starých rodičov po zistení, že starí rodičia majú v dočasnej starostlivosti brata maloletej J., Q., majú záujem aj o zverenie maloletej J. do náhradnej osobnej starostlivosti, konanie sa vedie pod sp.zn. 38P 26/2013 a doposiaľ skončené nie je. S poukazom na obsah spisu konštatoval, že styk starých rodičov s maloletou napriek dohode s matkou sa nerealizuje, v dôsledku čoho dochádza k prerušovaniu v minulosti, dobrých vzťahov starých rodičov s maloletou, u ktorých maloletá trávievala letné prázdniny, ako aj k prerušovaniu súrodeneckých vzťahov medzi maloletým Q. a maloletou J.. Pri určení rozsahu styku maloletej so starými rodičmi zohľadnil názor maloletej vyslovený počas pohovoru na Úrade práce sociálnych vecí a rodiny dňa 18.02.2013, kde sa maloletá vyjadrila, že k starým rodičom na prázdniny ísť nechce. Podľa názoru súdu prvého stupňa k obnove narušených vzťahov treba pristupovať citlivo, dať maloletej čas a priestor na obnovenie stretávania sa so starými rodičmi, ktoré boli z neznámych príčin prerušené. Súd prvého stupňa zároveň vyslovil názor, že ak sa takto upravený styk osvedčí, bude pevným základom na budovanie rozšírených kontaktov so starými rodičmi a potom bude nesporne i v záujme maloletej. Proti tomuto uzneseniu v zákonnej lehote podala odvolanie matka maloletej, namietajúc, že súdom určený styk maloletej so starými rodičmi nie je v záujme maloletej. K odvolaniu priložila úradný záznam Úradu práce sociálnych vecí a rodiny zo dňa 17.07.2013 o vykonanom pohovore s maloletou, v rámci ktorého sa maloletá opätovne vyjadrila, že so starými rodičmi sa stretávať nechce. K odvolaniu priložila aj svoje vyjadrenie k predbežnému opatreniu, podľa ktorého mala s maloletou naplánovanú v čase od 20.07. do 30.07. dovolenku mimo územia SR, takže aj z tohto dôvodu nie je možné splniť podmienky predbežného opatrenia. Odvolací súd preskúmal napadnuté uznesenie súdu prvého stupňa podľa § 212 ods. 2 písm. a/ O.s.p., vec prejednal bez nariadenia odvolacieho pojednávania podľa § 214 ods. 2 O.s.p. a dospel k záveru, že odvolanie matky nie je dôvodné. Ust. § 77 ods. 1 O.s.p. upravuje dôvody, ktoré majú za následok zánik predbežného opatrenia. K zániku predbežného opatrenia dochádza ex lege, t.j. bez toho, aby bolo potrebné o tom rozhodovať. Medzi dôvody zániku predbežného opatrenia patrí aj dôvod uvedený v ods. 1 písm. d/ citovaného ustanovenia, podľa ktorého predbežné opatrenie zanikne ak uplynul určený čas, po ktorý malo trvať. Podľa ust. § 218 ods.1 písm. e/ O.s.p. odvolací súd odmietne odvolanie, ak rozhodnutie napadnuté odvolaním zaniklo inak. Tým, že styk starých rodičov s maloletou bol určený na mesiace júl, august roku 2013 a dňom 25.08.2013 predbežné opatrenie zaniklo, odvolací súd odvolanie matky podľa § 218 ods. 1 písm. e/ O.s.p. odmietol. Poučenie: Proti tomuto uzneseniu nie je odvolanie prípustné.</w:t>
      </w:r>
    </w:p>
    <w:p/>
    <w:p>
      <w:r>
        <w:t>Zdroj: KAUZIS.SK – https://www.kauzis.sk/judikatura/r/ECLI:SK:KSBA:2013:1313201836.2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