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Bratislava sp. zn. 14Co/288/2011 z 4. 8. 2013</w:t>
      </w:r>
    </w:p>
    <w:p>
      <w:r>
        <w:t>Opravné uznesenie Krajského súdu Bratislava z 4. augusta 2013, sp. zn. 14Co/288/2011, ECLI:SK:KSBA:2013:1409202297.2</w:t>
      </w:r>
    </w:p>
    <w:p>
      <w:r>
        <w:t>Súd: Krajský súd Bratislava</w:t>
      </w:r>
    </w:p>
    <w:p>
      <w:r>
        <w:t>Spisová značka: 14Co/288/2011</w:t>
      </w:r>
    </w:p>
    <w:p>
      <w:r>
        <w:t>ECLI: ECLI:SK:KSBA:2013:1409202297.2</w:t>
      </w:r>
    </w:p>
    <w:p>
      <w:r>
        <w:t>Dátum vydania: 4. 8. 2013</w:t>
      </w:r>
    </w:p>
    <w:p>
      <w:r>
        <w:t>Forma: Opravné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Bratislava Spisová značka: 14Co/288/2011 Identifikačné číslo súdneho spisu: 1409202297 Dátum vydania rozhodnutia: 05. 08. 2013 Meno a priezvisko sudcu, VSÚ: JUDr. Edita Szabová ECLI: ECLI:SK:KSBA:2013:1409202297.2 Opravné uznesenie Krajský súd v Bratislave v právnej veci navrhovateľky: V. Q., W.. XX.X.XXXX, F. N. X, F., práv. zast. advokátom JUDr. Jindřichom Stoszekom, Černyševského 26, Bratislava, proti odporcom v 1. rade: E. L., W.. XX.X.XXXX E. U. X. C.: U. L., obaja trvale bytom J. X, Bratislava, za účasti vedľajšieho účastníka: KOMUNÁLNA poisťovňa, a.s. Vienna Insurance Group, Dr. Clementisa 10, Bratislava, o zaplatenie 2.721,90 eur s prísl., o odvolaní odporcov a vedľajšieho účastníka proti rozsudku Okresného súdu Bratislava IV v Bratislave zo dňa 20.4.2011, č.k. 16C/102/2009-131, takto r o z h o d o l : Súd opravuje znenie druhého výroku rozsudku Krajského súdu v Bratislave zo dňa 25.6.2013, č.k. 14Co/288/2011-168 uvedeného v zápisnici z pojednávania dňa 25.6.2013 a v jeho písomnom vyhotovení tak, že správne znie : „Vo zvyšku 223,86 eur návrh z a m i e t a .“ V ostatných častiach zostáva rozhodnutie nezmenené. o d ô v o d n e n i e : Pri písaní výroku rozsudku do zápisnice z pojednávania konaného dňa 25.6.2013 došlo k chybe v písaní, keď v druhom výroku je namiesto správnej sumy 223,86 eur uvedená suma 22,86 eur, ktorá bola zo zápisnice z pojednávania prenesená aj do výrokovej časti písomne vyhotoveného rozsudku, hoci bol rozsudok zo zápisnice o hlasovaní správne vyhlásený. V danom prípade ide o zrejmú nesprávnosť v písaní, čo vyplýva jednoznačne z toho, že rozdiel medzi sumou 2.653,86 eur priznanou navrhovateľke súdom prvého stupňa a sumou 2.430,- eur, priznanou odvolacím súdom je 223,86 eur. Nakoľko ide o zrejmú nesprávnosť, súd ju v súlade s ustanovením § 164 O.s.p. opravil opravným uznesením. Poučenie: Proti tomuto uzneseniu odvolanie nie je prípustné.</w:t>
      </w:r>
    </w:p>
    <w:p/>
    <w:p>
      <w:r>
        <w:t>Zdroj: KAUZIS.SK – https://www.kauzis.sk/judikatura/r/ECLI:SK:KSBA:2013:1409202297.2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