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11CoP/343/2012 z 4. 12. 2013</w:t>
      </w:r>
    </w:p>
    <w:p>
      <w:r>
        <w:t>Uznesenie Krajského súdu Bratislava z 4. decembra 2013, sp. zn. 11CoP/343/2012, ECLI:SK:KSBA:2013:1411216196.2</w:t>
      </w:r>
    </w:p>
    <w:p>
      <w:r>
        <w:t>Súd: Krajský súd Bratislava</w:t>
      </w:r>
    </w:p>
    <w:p>
      <w:r>
        <w:t>Spisová značka: 11CoP/343/2012</w:t>
      </w:r>
    </w:p>
    <w:p>
      <w:r>
        <w:t>ECLI: ECLI:SK:KSBA:2013:1411216196.2</w:t>
      </w:r>
    </w:p>
    <w:p>
      <w:r>
        <w:t>Dátum vydania: 4. 12.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11CoP/343/2012 Identifikačné číslo súdneho spisu: 1411216196 Dátum vydania rozhodnutia: 05. 12. 2013 Meno a priezvisko sudcu, VSÚ: JUDr. Bianka Gelačíková ECLI: ECLI:SK:KSBA:2013:1411216196.2 Uznesenie Krajský súd v Bratislave vo veci starostlivosti o maloleté deti A.: R., N. XX.XX.XXXX, Q., N. XX.XX.XXXX, zastúpené kolíznym opatrovníkom Úradom práce, sociálnych vecí a rodiny, Bratislava, Vazovova 7/A, deti rodičov: matka - Q. A., A. A., H. XX, a otec - Q. A., A. A., K. F. XX, zast. advokátkou JUDr. Danielovu Rakúsovou, Bratislava, Topoľčianska 10, o zvýšenie výživného a o oprave výroku rozhodnutia Krajského súdu v Bratislave, č.k. 11CoP 343/2012-94, zo dňa 26.03.2013, jednohlasne takto r o z h o d o l : Opravuje sa výrok rozhodnutia Krajského súdu v Bratislave, č.k. 11CoP 343/2012-94 zo dňa 26.03.2013 tak, že správny dátum narodenia maloletého Q. je XX.XX.XXXX. o d ô v o d n e n i e : Krajský súd v Bratislave zmenil rozsudok súdu prvého stupňa tak, že zvýšil vyživovaciu povinnosť na maloletú R., N.. XX.XX.XXXX na sumu XXX € od 01.10.2011 a na maloletého Q., N.. XX.XX.XXXX na sumu XXX € od 01.10.2011. Podľa § 164 O.s.p. súd kedykoľvek aj bez návrhu opraví v rozsudku chyby v písaní a počítaní, ako aj iné zrejmé nesprávnosti. O návrhu na opravu rozhodne súd do 30 dní od jeho podania. O oprave vydá opravné uznesenie, ktoré doručí účastníkom. Vzhľadom na skutočnosť, že vo výroku rozhodnutia Krajského súdu v Bratislave bol nesprávne uvedený dátum narodenia maloletého Juraja, odvolací súd opravil v zmysle vyššie citovaného ustanovenia výrok rozhodnutia Krajského súdu v Bratislave, č.k. 11CoP 343/2012-94 zo dňa 26.03.2013 tak, že správny dátum narodenia maloletého Q. Q. XX.XX.XXXX. Poučenie: Proti tomuto rozhodnutiu odvolanie nie je prípustné.</w:t>
      </w:r>
    </w:p>
    <w:p/>
    <w:p>
      <w:r>
        <w:t>Zdroj: KAUZIS.SK – https://www.kauzis.sk/judikatura/r/ECLI:SK:KSBA:2013:1411216196.2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