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4To/94/2013 z 18. 9. 2013</w:t>
      </w:r>
    </w:p>
    <w:p>
      <w:r>
        <w:t>Uznesenie Krajského súdu Bratislava z 18. septembra 2013, sp. zn. 4To/94/2013, ECLI:SK:KSBA:2013:1413010160.2</w:t>
      </w:r>
    </w:p>
    <w:p>
      <w:r>
        <w:t>Súd: Krajský súd Bratislava</w:t>
      </w:r>
    </w:p>
    <w:p>
      <w:r>
        <w:t>Spisová značka: 4To/94/2013</w:t>
      </w:r>
    </w:p>
    <w:p>
      <w:r>
        <w:t>ECLI: ECLI:SK:KSBA:2013:1413010160.2</w:t>
      </w:r>
    </w:p>
    <w:p>
      <w:r>
        <w:t>Dátum vydania: 18. 9. 2013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4To/94/2013 Identifikačné číslo súdneho spisu: 1413010160 Dátum vydania rozhodnutia: 19. 09. 2013 Meno a priezvisko sudcu, VSÚ: JUDr. Karol Kováč ECLI: ECLI:SK:KSBA:2013:1413010160.2 Uznesenie Krajský súd v Bratislave, v trestnej veci obžalovaného J. J., pre prečin ublíženia na zdraví podľa § 156 ods. 1, ods. 3 písm. c/ Tr. zák., o odvolaní obžalovaného proti rozsudku Okresného súdu Bratislava IV z 18.06.2013 sp. zn. 3T/60/2013, predsedom senátu odvolacieho súdu dňa 19. septembra 2013 takto r o z h o d o l : Podľa § 312 ods. 4 Tr. por. predseda senátu odvolacieho súdu berie na vedomie s p ä ť v z a t i e odvolania obžalovaného J. J., nar. XX.XX.XXXX, podaného proti rozsudku Okresného súdu Bratislava IV z 18.06.2013 sp. zn. 3T/60/2013. o d ô v o d n e n i e : Rozsudkom Okresného súdu Bratislava IV z 18.06.2013 sp. zn. 3T/60/2013 bol obžalovaný J. J. uznaný za vinného pre prečin ublíženia na zdraví podľa § 156 ods. 1, ods. 3 písm. c/ Tr. zák., na tom skutkovom základe, že v čase medzi 22.00 hod. a 23.00 hod. dňa 29.10.2010 v T. - W. T., na ul. M. tankistov pred hostincom U O., zozadu pristúpil k poškodenému R. K. a nezisteným spôsobom ho udrel do záhlavia zadnej časti hlavy a poškodenému tým spôsobil pomliaždenie hlavy v záhlaví, otras mozgu a krvácanie pod tvrdé mozgové obaly v mozočkovej časti vpravo s dobou práceneschopnosti od 30.10.2010 do 30.06.2011. Za uvedený prečin bol obžalovanému podľa § 156 ods. 3 Tr. zák. s použitím § 36 písm. l/, § 37 písm. m/, § 38 ods. 2 Tr. zák. uložený trest odňatia slobody vo výmere 2 roky a 6 mesiacov. Podľa § 48 ods. 2 písm. b/ Tr. zák. bol obžalovaný pre výkon uloženého trestu zaradený do ústavu na výkon trestu so stredným stupňom stráženia. Podľa § 73 ods. 2 písm. c/, § 74 ods. 1 Tr. zák. bolo obžalovanému uložené ochranné protialkoholické liečenie ústavnou formou. Súčasne podľa § 287 ods. 1 Tr. por. bol obžalovaný zaviazaný k náhrade škody poškodeným Sociálnej poisťovni Bratislava, pobočka Senica, zastúpená E.. D. T. vo výške 1.295,40 euro a Všeobecnej zdravotnej poisťovni, a.s., so sídlom Bratislava, vo výške 1.387,70 euro. Proti rozsudku Okresného súdu Bratislava IV z 18.06.2013 sp. zn. 3T/60/2013 podal v zákonom stanovenej lehote uvedenej v ustanovení § 309 ods. 1 Tr. por. odvolanie obžalovaný J. J.. Ústnym podaním prostredníctvom zápisnice o verejnom zasadnutí z 19. septembra 2013 pred odvolacím súdom obžalovaný J. J. oznámil, že podané odvolanie proti rozsudku Okresného súdu Bratislava IV z 18.06.2013 sp. zn. 3T/60/2013 berie späť. Podľa § 312 ods. 4 Tr. por. vzatie odvolania späť vezme uznesením na vedomie predseda senátu odvolacieho súdu, a ak nebola vec doteraz tomuto súdu predložená, predseda senátu súdu prvého stupňa. Vzhľadom k tomu, že predseda senátu odvolacieho súdu nevzhliadol žiadnych prekážok proti tomu, aby späťvzatie odvolania bolo vzaté na vedomie, pretože prehlásenie o späťvzatí odvolania bolo výslovné (§312 ods. 2 Tr. por.), vo forme podania (§ 62 ods. 1 Tr. por.) a k späťvzatiu došlo skôr, než sa odvolací súd odobral na záverečnú poradu, predseda senátu odvolacieho súdu rozhodol tak, ako je uvedené vo výrokovej časti tohto uznesenia. Poučenie: Proti tomuto uzneseniu sťažnosť nie je prípustná.</w:t>
      </w:r>
    </w:p>
    <w:p/>
    <w:p>
      <w:r>
        <w:t>Zdroj: KAUZIS.SK – https://www.kauzis.sk/judikatura/r/ECLI:SK:KSBA:2013:1413010160.2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