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11Co/66/2011 z 11. 2. 2013</w:t>
      </w:r>
    </w:p>
    <w:p>
      <w:r>
        <w:t>Uznesenie Krajského súdu Bratislava z 11. februára 2013, sp. zn. 11Co/66/2011, ECLI:SK:KSBA:2013:1507210228.2</w:t>
      </w:r>
    </w:p>
    <w:p>
      <w:r>
        <w:t>Súd: Krajský súd Bratislava</w:t>
      </w:r>
    </w:p>
    <w:p>
      <w:r>
        <w:t>Spisová značka: 11Co/66/2011</w:t>
      </w:r>
    </w:p>
    <w:p>
      <w:r>
        <w:t>ECLI: ECLI:SK:KSBA:2013:1507210228.2</w:t>
      </w:r>
    </w:p>
    <w:p>
      <w:r>
        <w:t>Dátum vydania: 11. 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11Co/66/2011 Identifikačné číslo súdneho spisu: 1507210228 Dátum vydania rozhodnutia: 12. 02. 2013 Meno a priezvisko sudcu, VSÚ: JUDr. Katarína Štrignerová ECLI: ECLI:SK:KSBA:2013:1507210228.2 Uznesenie Krajský súd v Bratislave v právnej veci navrhovateľa: T., I..W..V.., O. XXX/XX, N., IČO: XX XXX XXX, zastúpeného Advokátskou kanceláriou HAGYARI, KUBOVIČ &amp; PARTNERS, s.r.o., Vlčkova 8/A, Bratislava, proti odporkyniam: 1/ C. K. W. Á. U. J. V. C. Á., nar. XX.XX.XXXX, bytom Bratislava, Vilova 31, zastúpená spoločnosťou CLC advokátska kancelária s.r.o., so sídlom Panenská 18, Bratislava, IČO: XX XXX XXX, 2/ E. I. E. A. Q. Á. W. V. C. Á., nar. XX.XX.XXXX, bytom R. U., R. X, 3/ W. S. B. W. Í. Č. E. J. V. C. Á. nar. XX.XX.XXXX, bytom H., K. XX, o zaplatenie náhrady škody vo výške 9.697,56 euro s príslušenstvom, jednohlasne ( pomerom hlasov 3:0) takto r o z h o d o l : Záhlavie rozsudku Krajského súdu v Bratislave zo dňa 18.12.2012, č.k. 11Co 66/2011-409 sa v časti označenia zastúpenia odporkyne v 1/ rade opravuje takto : „....1/ C. K. W. Á. U. J. V. C. Á., nar. XX.XX.XXXX, bytom D., C. XX, zastúpená spoločnosťou CLC advokátska kancelária s.r.o., so sídlom Panenská 18, Bratislava, IČO: XX XXX XXX...“ o d ô v o d n e n i e : Rozsudkom tunajšieho súdu zo dňa 18.12.2012, č.k. 11Co 66/2011-409 odvolací súd rozhodol o odvolaní odporkyne v 1/ rade proti rozsudku Okresného súdu Bratislava V zo dňa 23.02.2011, č.k. 24C 332/2007-381. Podľa ust. § 164 vety prvej zák.č. 99/1963 Zb. v platnom znení ( ďalej „ O.s.p. „) súd kedykoľvek aj bez návrhu opraví v rozsudku chyby v písaní a počítaní, ako aj iné zrejmé nesprávnosti. O oprave vydá opravné uznesenie, ktoré doručí účastníkom. Podľa ust. § 167 ods. 2 O.s.p., ak nie je ďalej ustanovené inak, použijú sa na uznesenie primerane ustanovenia o rozsudku. S poukazom k tomu, že pri vypracovaní písomného vyhotovenia rozhodnutia došlo k chybe v písaní pri označení právneho zástupcu odporkyne v 1/ rade, súd v zmysle zákonných citovaných ustanovení uvedené posúdil ako zrejmú nesprávnosť a rozhodol tak, ako je uvedené vo výroku tohto uznesenia. Poučenie: Proti tomuto uzneseniu nie je možné podať odvolanie.</w:t>
      </w:r>
    </w:p>
    <w:p/>
    <w:p>
      <w:r>
        <w:t>Zdroj: KAUZIS.SK – https://www.kauzis.sk/judikatura/r/ECLI:SK:KSBA:2013:1507210228.2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