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21CoE/86/2013 z 29. 9. 2013</w:t>
      </w:r>
    </w:p>
    <w:p>
      <w:r>
        <w:t>Uznesenie Krajského súdu Bratislava z 29. septembra 2013, sp. zn. 21CoE/86/2013, ECLI:SK:KSBA:2013:1507219359.2</w:t>
      </w:r>
    </w:p>
    <w:p>
      <w:r>
        <w:t>Súd: Krajský súd Bratislava</w:t>
      </w:r>
    </w:p>
    <w:p>
      <w:r>
        <w:t>Spisová značka: 21CoE/86/2013</w:t>
      </w:r>
    </w:p>
    <w:p>
      <w:r>
        <w:t>ECLI: ECLI:SK:KSBA:2013:1507219359.2</w:t>
      </w:r>
    </w:p>
    <w:p>
      <w:r>
        <w:t>Dátum vydania: 29.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21CoE/86/2013 Identifikačné číslo súdneho spisu: 1507219359 Dátum vydania rozhodnutia: 30. 09. 2013 Meno a priezvisko sudcu, VSÚ: JUDr. Eugen Palášthy ECLI: ECLI:SK:KSBA:2013:1507219359.2 Uznesenie Krajský súd v Bratislave v exekučnej veci oprávneného: Dopravný podnik Bratislava, akciová spoločnosť, Olejkárska 1, 814 52 Bratislava, IČO: 00 492 736, zast.: JUDr. Marián Chovanec, advokát, P.O.BOX 259, 810 00 Bratislava, proti povinnej: K. N., M. XXX, XXX XX N. E., pre vymoženie 66,02 Eur istiny s príslušenstvom, vedenej súdnym exekútorom: Mgr. Ján Janec, so sídlom exekútorského úradu Račianska 109/C, 831 02 Bratislava, o odvolaní oprávneného zo dňa 26.02.2013 voči uzneseniu Okresného súdu Bratislava V č.k. 37Er/4369/2007-36 zo dňa 11.06.2012, takto r o z h o d o l : Odvolací súd odvolanie oprávneného voči výroku o zastavení exekúcie uznesenia Okresného súdu Bratislava V č.k. 37Er/4369/2007-36 zo dňa 11.06.2012 odmieta. Odvolací súd odvolacie konanie voči výroku o trovách exekúcie zastavuje. Odvolací súd povinnému právo na náhradu trov odvolacieho konania nepriznáva. o d ô v o d n e n i e : Okresný súd Bratislava V vydal dňa 11.06.2012 uznesenie, ktorým zastavil exekúciu sp. zn. 37Er/4369/2007, č. EX 4742/2007 z dôvodu, že oprávnený nezložil preddavok na trovy exekúcie a uložil oprávnenému povinnosť zaplatiť súdnemu exekútorovi trovy exekúcie vo výške 96,41 Eur. Napadnuté uznesenie bolo oprávnenému doručené dňa 21.06.2012. Krajský súd v Bratislave na základe odvolania oprávneného, podaného na prvostupňovom súde dňa 28.06.2012 prejednal odvolanie oprávneného zo dňa 26.06.2012 a svojím uznesením č.k. 15CoE/90/2012-44 zo dňa 19.12.2012 odmietol odvolanie oprávneného voči výroku o zastavení exekúcie z dôvodu, že voči tomuto výroku nie je prípustné odvolanie a výrok o náhrade trov exekúcie potvrdil ako vecne správny. Uznesenie Krajského súdu v Bratislave bolo oprávnenému doručené dňa 20.02.2013, čím nadobudlo právoplatnosť. Oprávnený podal nové odvolanie zhodné obsahom s prvým odvolaním, datované dňom 26.02.2013, ktoré bolo predložené Krajskému súdu v Bratislave na nové rozhodnutie o odvolaní. Podľa § 218 ods. 1 odvolací súd odmietne odvolanie, ktoré a/ bolo podané oneskorene, c/ smeruje proti rozhodnutiu, proti ktorému nie je odvolanie prípustné. Podľa § 159 ods. 3 O.s.p., len čo sa o veci právoplatne rozhodlo, nemôže sa prejednávať znova. Podľa § 103 O.s.p., kedykoľvek za konania prihliada súd na to, či sú splnené podmienky, za ktorých môže konať vo veci (podmienky konania). Podľa § 104 ods. 1 O.s.p., ak ide o taký nedostatok podmienky konania, ktorý nemožno odstrániť, súd konanie zastaví. Ak vec nespadá do právomoci súdov alebo ak má predchádzať iné konanie, súd postúpi vec po právoplatnosti uznesenia o zastavení konania príslušnému orgánu; právne účinky spojené s podaním návrhu na začatie konania zostávajú pritom zachované. Občiansky súdny poriadok dbá o to, aby súdne konanie prebiehalo podľa presne ustanovených pravidiel, ktorých dodržiavanie je predpokladom, aby súd mohol konať a vydať rozhodnutie. Tieto predpoklady sa nazývajú procesné podmienky konania. Ak v konkrétnej veci nie sú splnené procesné podmienky, takéto konanie vykazuje nedostatky a tie môžu byť odstrániteľné a neodstrániteľné. Za neodstrániteľný nedostatok sa považuje prekážka o veci právoplatne rozhodnutej - res iudicata (§ 159 ods. 3). Odvolací súd konštatuje, že v danej veci teda napadnuté uznesenie bolo oprávnenému doručené dňa 21.06.2012 a nové - opakované odvolanie bolo podané až 28.02.2013 - t.j. po uplynutí lehoty na odvolanie. Odvolací súd odvolanie oprávneného voči výroku o zastavení exekúcie odmietol uznesením, ktoré doručením uznesenia oprávnenému nadobudlo právoplatnosť. Voči právoplatnému výroku o zastavení exekúcie odvolanie prípustné nie je. Preto odvolací súd odvolanie oprávneného podané na súde dňa 28.06.2012, datované dňom 26.6.2012, odmietol ako odvolanie podané oneskorene a voči rozhodnutiu voči ktorému už odvolanie nie je prípustné. Odvolací súd ďalej konštatuje, že vo veci náhrady trov exekúcie už bolo o odvolaní oprávneného voči uzneseniu Okresného súdu Bratislava V č.k. 37Er/4369/2007-36 zo dňa 11.06.2012 právoplatne rozhodnuté uznesením Krajského súdu v Bratislave č.k. 15CoE/90/2012-44 zo dňa 19.12.2012, ktoré doručením oprávnenému dňa 20.02.2013 nadobudlo právoplatnosť. Preto nie je možné opätovné odvolanie oprávneného prejednať. Na základe toho odvolací súd odvolacie konanie proti výroku o trovách exekúcie uznesenia Okresného súdu Bratislava V č.k. 37Er/4369/2007-36 zo dňa 11.06.2012 zastavil. O trovách exekúcie rozhodol odvolací súd podľa § 224 ods. 1 v spojení s § 146 ods. 2 a 142 ods. 1 O.s.p. Povinnému však trovy odvolacieho konania nevznikli, preto mu neboli priznané. Zastavenie exekúcie; trovy exekúcie Toto uznesenie bolo členmi senátu prijaté pomerom hlasov 3:0 (§ 3 ods. 9 tretia veta zákona č. 757/2004 Z.z. v znení neskorších predpisov). Poučenie: Proti tomuto uzneseniu odvolanie nie je prípustné.</w:t>
      </w:r>
    </w:p>
    <w:p/>
    <w:p>
      <w:r>
        <w:t>Zdroj: KAUZIS.SK – https://www.kauzis.sk/judikatura/r/ECLI:SK:KSBA:2013:1507219359.2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