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14Co/247/2012 z 5. 5. 2013</w:t>
      </w:r>
    </w:p>
    <w:p>
      <w:r>
        <w:t>Rozhodnutie Krajského súdu Bratislava z 5. mája 2013, sp. zn. 14Co/247/2012, ECLI:SK:KSBA:2013:1508213625.1</w:t>
      </w:r>
    </w:p>
    <w:p>
      <w:r>
        <w:t>Súd: Krajský súd Bratislava</w:t>
      </w:r>
    </w:p>
    <w:p>
      <w:r>
        <w:t>Spisová značka: 14Co/247/2012</w:t>
      </w:r>
    </w:p>
    <w:p>
      <w:r>
        <w:t>ECLI: ECLI:SK:KSBA:2013:1508213625.1</w:t>
      </w:r>
    </w:p>
    <w:p>
      <w:r>
        <w:t>Dátum vydania: 5. 5. 2013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14Co/247/2012 Identifikačné číslo súdneho spisu: 1508213625 Dátum vydania rozhodnutia: 06. 05. 2013 Meno a priezvisko sudcu, VSÚ: JUDr. Edita Szabová ECLI: ECLI:SK:KSBA:2013:1508213625.1 Rozhodnutie Krajský súd v Bratislave v právnej veci navrhovateľa: Bytové družstvo Petržalka so sídlom Budatínska 1, Bratislava, IČO: 00 169 765, proti odporcom: X. W.. S. J., L.. X. XX. XXXX, J. Š. XX, L., 2. W.. D. J., L.. XX. XX. XXXX, J. B. XX, XXX XX J., o zaplatenie 1.155,18 eura s príslušenstvom, o odvolaní odporcov proti rozsudku Okresného súdu Bratislava V v Bratislave zo dňa 15. 2. 2012, č.k. 11C 361/09-59 r o z h o d o l : Odvolací súd odvolacie konanie z a s t a v u j e . Navrhovateľovi sa náhrada trov odvolacieho konania nepriznáva. o d ô v o d n e n i e : Napadnutým rozsudkom súd prvého stupňa konanie v časti o zaplatenie istiny 1.155,18 eura zastavil a rozhodol o vrátení kráteného súdneho poplatku 52,80 eura navrhovateľovi prostredníctvom Daňového úradu Bratislava V. Odporcom uložil povinnosť spoločne a nerozdielne zaplatiť navrhovateľovi 64,15 eura, do 3 dní od právoplatnosti rozsudku. Návrh vo zvyšku úrokov z omeškania zamietol. Žiadnemu z účastníkov nepriznal právo na náhradu trov konania. Proti tomuto rozsudku podali v zákonom stanovenej lehote odvolanie odporcovia, ktorí písomným podaním doručeným súdu dňa 23. 4. 2013 zobrali svoje odvolanie v celom rozsahu späť s tým, že sumu vo výške 64,15 eura uhradili navrhovateľovi dňa 23. 4. 2013. Vzhľadom na to, že o odvolaní nebolo doposiaľ odvolacím súdom rozhodnuté, bolo možné ho vziať späť (§ 207 ods. 2 O.s.p.), a keďže zo strany odporcov došlo k účinnému späťvzatiu odvolania, v dôsledku čoho zanikol predmet odvolacieho konania, odvolací súd odvolacie konanie zastavil (§ 207 ods. 3 O.s.p.). O trovách odvolacieho konania rozhodol súd podľa § 224 ods. 1 a § 146 ods. 2 prvá veta O.s.p., podľa ktorého je povinný zaplatiť trovy konania účastník, ktorý zavinil zastavenie konania. Zastavenie odvolacieho konania v danom prípade zavinili odporcovia, ktorí vzali odvolanie späť skôr, ako o ňom bolo rozhodnuté. Navrhovateľ sa k odvolaniu odporcov písomne nevyjadril, náhradu trov odvolacieho konania nežiadal (nepodal návrh na ich priznanie podľa § 151 ods. 1 O.s.p.), a preto mu súd náhradu trov odvolacieho konania nepriznal. Poučenie: Proti tomuto uzneseniu odvolanie nie je prípustné.</w:t>
      </w:r>
    </w:p>
    <w:p/>
    <w:p>
      <w:r>
        <w:t>Zdroj: KAUZIS.SK – https://www.kauzis.sk/judikatura/r/ECLI:SK:KSBA:2013:1508213625.1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