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8Co/450/2012 z 23. 9. 2013</w:t>
      </w:r>
    </w:p>
    <w:p>
      <w:r>
        <w:t>Uznesenie Krajského súdu Bratislava z 23. septembra 2013, sp. zn. 8Co/450/2012, ECLI:SK:KSBA:2013:1509215018.2</w:t>
      </w:r>
    </w:p>
    <w:p>
      <w:r>
        <w:t>Súd: Krajský súd Bratislava</w:t>
      </w:r>
    </w:p>
    <w:p>
      <w:r>
        <w:t>Spisová značka: 8Co/450/2012</w:t>
      </w:r>
    </w:p>
    <w:p>
      <w:r>
        <w:t>ECLI: ECLI:SK:KSBA:2013:1509215018.2</w:t>
      </w:r>
    </w:p>
    <w:p>
      <w:r>
        <w:t>Dátum vydania: 23. 9. 2013</w:t>
      </w:r>
    </w:p>
    <w:p>
      <w:r>
        <w:t>Forma: Uznesenie</w:t>
      </w:r>
    </w:p>
    <w:p>
      <w:pPr>
        <w:pStyle w:val="Heading2"/>
      </w:pPr>
      <w:r>
        <w:t>Text rozhodnutia</w:t>
      </w:r>
    </w:p>
    <w:p>
      <w:r>
        <w:t>Súd: Krajský súd Bratislava Spisová značka: 8Co/450/2012 Identifikačné číslo súdneho spisu: 1509215018 Dátum vydania rozhodnutia: 24. 09. 2013 Meno a priezvisko sudcu, VSÚ: JUDr. Janka Gažovičová ECLI: ECLI:SK:KSBA:2013:1509215018.2 Uznesenie Krajský súd v Bratislave v právnej veci navrhovateľa: B., K..B.., B. B. R. XX, A. A., J.: XX XXX XXX, B. K. W. Ú.: K. B., B..T..Y.. „. K., B. B. K. XXXX, B., zastúpeného JUDr. Pavlom Konečným, advokátom so sídlom Stráž 3/223, Zvolen, proti odporcovi: T. N., N.. XX.XX.XXXX, C. A. T. XX, A., D. Y. F. W., D.B. Okresného B. A. M., Y. D. XXX,XX Z. s príslušenstvom, o návrhu na zmenu účastníka na strane navrhovateľa vo veci vedenej na Okresnom B. A. M., W. B.. D.. XXC X/XXXX, jednohlasne takto r o z h o d o l : Odvolací súd p r i p ú š ť a, aby do konania na miesto doterajšieho navrhovateľa vstúpila spoločnosť C. T. B..T..Y.., B. B. T. XXXX, F. K., J.: XX XXX XXX. o d ô v o d n e n i e : Rozsudkom č.k. XXC X/XXXX-XX D. F. XX.B. XXXX zamietol súd prvého stupňa návrh, ktorým sa navrhovateľ domáhal zaplatenia sumy XXX,XX Z. s príslušenstvom titulom zmluvnej pokuty a o náhrade trov konania rozhodol podľa § 142 ods. 1 O.s.p. tak, že odporkyni ich náhradu nepriznal. Proti tomuto rozsudku podal odvolanie navrhovateľ. Písomným podaním doručeným súdu dňa XX.XX.XXXX navrhovateľ navrhol pripustiť zmenu účastníka konania na strane navrhovateľa tak, že pôvodný navrhovateľ z konania vystúpi a na jeho miesto vstúpi spoločnosť C. T. B..T..Y.., B. B.F. T. XXXX, F. K., J.: XX XXX XXX, na K. W. W. B. K. B., B..T..Y.. „v konkurze“, so sídlom K. XXXX, B., P. C. na D. D. Y. W. pohľadávok uzavretej dňa XX.XX.XXXX, medzi spoločnosťou K. B., B..T..Y.. „. K.“, so sídlom K. XXXX, B., v mene ktorej konala ako správca konkurznej podstaty spoločnosť B., K..B.., B. B. R. XX, A. A., J.: XX XXX XXX, P. postupcom a spoločnosťou C. E. R.., B. B.F. B. XX, H. H., Y. C. E., H. T. B., M., V., B., J.: XXXXX, ako postupníkom a následne na základe Zmluvy o postúpení uzavretej dňa XX.XX.XXXX spoločnosťou C. E. R.., B. B.Í. B. XX, H. H., Y. C. E., H. T. B., M., V., B., J.: XXXXX, ako postupcom a spoločnosťou C. T. B..T..Y.., B. B. T. XXXX, F. K., J.: XX XXX XXX, ako postupníkom.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Navrhovateľ v konaní navrhol pripustiť zmenu účastníka konania na strane navrhovateľa v zmysle citovaných zákonných ustanovení a predložil Zmluvu o postúpení pohľadávok uzavretú dňa XX.XX.XXXX medzi spoločnosťou K. B., B..T..Y.. „. K.“, so sídlom K. XXXX, B., v mene ktorej konal ako správca B., K..B.., B. B. R. XX, A. A., J.: XX XXX XXX, ako postupcom a spoločnosťou C. E. R.., B. B. B. XX, H. H., Y. C. E., H. T. B., M., V., B., J.: XXXXX, ako postupníkom a následne uzavretú Zmluvu o postúpení zo dňa XX.XX.XXXX uzavretú medzi uvedenou spoločnosťou ako postupcom a spoločnosťou C. T. B..T..Y.., B. B. T. XXXX, F. K., J.: XX XXX XXX, ako postupníkom, predmetom ktorých zmlúv bolo postúpenie pohľadávky, ktorá je predmetom tohto konania. Spoločnosť C. T. B..T..Y.., B. B. T. XXXX, F. K., J.: XX XXX XXX, prostredníctvom splnomocneného právneho zástupcu uviedla, súhlasí so vstupom do konania. Vzhľadom na uvedené odvolací súd dospel k záveru, že v danom prípade sú splnené zákonom stanovené podmienky § 92 ods. 2 a 3 O.s.p. pre pripustenie zmeny účastníka konania na strane navrhovateľa v zmysle návrhu doterajšieho navrhovateľa, a preto tomuto návrhu vyhovel. Poučenie: Proti tomuto rozsudku odvolanie nie je prípustné.</w:t>
      </w:r>
    </w:p>
    <w:p/>
    <w:p>
      <w:r>
        <w:t>Zdroj: KAUZIS.SK – https://www.kauzis.sk/judikatura/r/ECLI:SK:KSBA:2013:1509215018.2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