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14Co/179/2012 z 25. 8. 2013</w:t>
      </w:r>
    </w:p>
    <w:p>
      <w:r>
        <w:t>Uznesenie Krajského súdu Bratislava z 25. augusta 2013, sp. zn. 14Co/179/2012, ECLI:SK:KSBA:2013:1510217075.2</w:t>
      </w:r>
    </w:p>
    <w:p>
      <w:r>
        <w:t>Súd: Krajský súd Bratislava</w:t>
      </w:r>
    </w:p>
    <w:p>
      <w:r>
        <w:t>Spisová značka: 14Co/179/2012</w:t>
      </w:r>
    </w:p>
    <w:p>
      <w:r>
        <w:t>ECLI: ECLI:SK:KSBA:2013:1510217075.2</w:t>
      </w:r>
    </w:p>
    <w:p>
      <w:r>
        <w:t>Dátum vydania: 25. 8. 2013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14Co/179/2012 Identifikačné číslo súdneho spisu: 1510217075 Dátum vydania rozhodnutia: 26. 08. 2013 Meno a priezvisko sudcu, VSÚ: JUDr. Edita Szabová ECLI: ECLI:SK:KSBA:2013:1510217075.2 Uznesenie Krajský súd v Bratislave v právnej veci navrhovateľky: Dopravný podnik Bratislava, a.s., so sídlom Olejkárska 1, Bratislava, IČO: 00 492 736, proti odporcovi: Y. U., B.. XX.X.XXXX, X. X. XX, X., zast. opatrovníčkou p. Ľ. P., Z. OkresnéV. U. X. P., o zaplatenie 92,94 eur (2.800,- Sk) s prísl., na odvolanie odporcu proti rozsudku Okresného súdu Bratislava V z 24.3.2011, č. k. 7 C 379/2010-47 r o z h o d o l : Odvolací súd odvolanie odporcu o d m i e t a . o d ô v o d n e n i e : Napadnutým rozsudkom súd prvého stupňa uložil odporcovi povinnosť zaplatiť navrhovateľovi 92,94 eur s úrokom z omeškania vo výške 9% ročne od 21.11.2009 do zaplatenia a trovy konania vo výške 16,60 eur. Proti tomuto rozsudku podal odporca v zákonom stanovenej lehote odvolanie, v ktorom uviedol jediný dôvod jeho podania, a to, že je bezdomovec a nemá žiadne finančné prostriedky na zaplatenie predmetnej sumy. Nakoľko odvolanie nemá náležitosti uvedené v ust. § 205 O.s.p., súd prvého stupňa odporcu uznesením č.k. 7 C 379/2010-59, zo dňa 9.8.2011 vyzval, aby v lehote 15 dní odstránil vady odvolania. V uznesení ho poučil, akým spôsobom má odvolanie doplniť a poučil ho aj o následkoch neodstránenia vád odvolania. Predmetné uznesenie sa odporcovi nepodarilo doručiť, nakoľko sa súdu nepodarilo zistiť jeho pobyt. Uznesením č.k. 7 C 379/2010-74, zo dňa 16.3.2012, súd prvého stupňa ustanovil odporcovi opatrovníčku, ktorej doručil odvolanie odporcu a výzvou na odstránenie vád odvolania. Opatrovníčka na výzvu súdu nereagovala a vady odvolania neodstránila. Krajský súd v Bratislave ako súd odvolací (§ 10 ods. 1 O.s.p.) preskúmal odvolanie podľa 212 ods. 1 O.s.p., a dospel k záveru, že je daný dôvod na postup podľa § 218 ods. 1 písm. d) O.s.p.. Podľa ust. § 205 ods. 1 O.s.p. v odvolaní sa má popri všeobecných náležitostiach ( § 42 ods. 3 ) uviesť, proti ktorému rozhodnutiu smeruje, v akom rozsahu sa napáda, v čom sa toto rozhodnutie alebo postup súdu považuje za nesprávny a čoho sa odvolateľ domáha. Podľa ust. § 218 ods. 1 písm. d) O.s.p. odvolací súd odmietne odvolanie, ktoré nemá náležitosti podľa § 205 ods. 1 a 2, ak boli dodržané podmienky podľa § 209 ods. 1 a 211 ods. 1. Pretože neboli odstránené vady odvolania napriek riadnemu doručeniu výzvy na ich odstránenie opatrovníčke odporcu, odvolací súd podľa uvedeného ustanovenia odvolanie odporcu odmietol. Poučenie: Proti tomuto uzneseniu odvolanie nie je prípustné.</w:t>
      </w:r>
    </w:p>
    <w:p/>
    <w:p>
      <w:r>
        <w:t>Zdroj: KAUZIS.SK – https://www.kauzis.sk/judikatura/r/ECLI:SK:KSBA:2013:1510217075.2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