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5Co/138/2013 z 27. 3. 2013</w:t>
      </w:r>
    </w:p>
    <w:p>
      <w:r>
        <w:t>Uznesenie Krajského súdu Bratislava z 27. marca 2013, sp. zn. 5Co/138/2013, ECLI:SK:KSBA:2013:1511211740.2</w:t>
      </w:r>
    </w:p>
    <w:p>
      <w:r>
        <w:t>Súd: Krajský súd Bratislava</w:t>
      </w:r>
    </w:p>
    <w:p>
      <w:r>
        <w:t>Spisová značka: 5Co/138/2013</w:t>
      </w:r>
    </w:p>
    <w:p>
      <w:r>
        <w:t>ECLI: ECLI:SK:KSBA:2013:1511211740.2</w:t>
      </w:r>
    </w:p>
    <w:p>
      <w:r>
        <w:t>Dátum vydania: 27. 3. 2013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5Co/138/2013 Identifikačné číslo súdneho spisu: 1511211740 Dátum vydania rozhodnutia: 28. 03. 2013 Meno a priezvisko sudcu, VSÚ: JUDr. Milan Chalúpka ECLI: ECLI:SK:KSBA:2013:1511211740.2 Uznesenie Krajský súd v Bratislave v právnej veci navrhovateľky: W. X., M. X, I., zast. JUDr. Libušou Dočkalovou, advokátkou, Lachova 32, Bratislava proti odporcovi: K. X., M. X, I., zast.: JUDr. Igorom Klamárom, advokátom, Družstevná 5, Bratislava, o určenie výživného na manžela, o odvolaní navrhovateľky voči rozsudku Okresného súdu Bratislava V č.k.: 14C 271/2011-206 zo dňa 22. novembra 2012 takto r o z h o d o l : Odvolací súd odvolacie konanie z a s t a v u j e. Žiaden z účastníkov nemá právo na náhradu trov konania. o d ô v o d n e n i e : Súd prvého stupňa napadnutým rozsudkom č.k.: 14 C 271 /2011-206 rozhodol, že odporca je povinný zaplatiť navrhovateľke titulom výživného 100 eur mesačne, v čase od 10.6.2011 do 27.04.2012, v sume 659,98 eur, v mesačných splátkach po 200 eur mesačne, vždy do 15. dňa toho - ktorého mesiaca, počnúc právoplatnosťou rozsudku, pod stratou výhody splátok. Proti tomuto rozsudku podala v zákonom stanovenej lehote dňa 17. 12. 2011 odvolanie navrhovateľka. - 2 - Skôr ako Krajský súd v Bratislave ako odvolací súd o podanom odvolaní rozhodol, navrhovateľka doručila dňa 28.01.2013 okresnému súdu späťvzatie tohto odvolania. Vzhľadom na skutočnosť, že odvolanie proti rozsudku zo dňa 22. novembra 2012 bolo navrhovateľkou v celom rozsahu vzaté späť odvolací súd v zmysle § 207 ods. 3) OSP zastavil. O trovách odvolacieho konania rozhodol odvolací súd podľa ustanovenia § 224 ods.1 O.s.p. , v spojení s ustanovením § 146 ods.1 písm. c) O.s.p. podľa ktorého žiaden z účastníkov nemá právo na náhradu trov konania, ak bolo konanie zastavené. Poučenie: Toto uznesenie nemožno napadnúť odvolaním.</w:t>
      </w:r>
    </w:p>
    <w:p/>
    <w:p>
      <w:r>
        <w:t>Zdroj: KAUZIS.SK – https://www.kauzis.sk/judikatura/r/ECLI:SK:KSBA:2013:1511211740.2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