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14Co/661/2012 z 26. 3. 2013</w:t>
      </w:r>
    </w:p>
    <w:p>
      <w:r>
        <w:t>Uznesenie Krajského súdu Bratislava z 26. marca 2013, sp. zn. 14Co/661/2012, ECLI:SK:KSBA:2013:1512223663.2</w:t>
      </w:r>
    </w:p>
    <w:p>
      <w:r>
        <w:t>Súd: Krajský súd Bratislava</w:t>
      </w:r>
    </w:p>
    <w:p>
      <w:r>
        <w:t>Spisová značka: 14Co/661/2012</w:t>
      </w:r>
    </w:p>
    <w:p>
      <w:r>
        <w:t>ECLI: ECLI:SK:KSBA:2013:1512223663.2</w:t>
      </w:r>
    </w:p>
    <w:p>
      <w:r>
        <w:t>Dátum vydania: 26. 3. 2013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14Co/661/2012 Identifikačné číslo súdneho spisu: 1512223663 Dátum vydania rozhodnutia: 27. 03. 2013 Meno a priezvisko sudcu, VSÚ: JUDr. Katarína Javorčíková ECLI: ECLI:SK:KSBA:2013:1512223663.2 Uznesenie Krajský súd v Bratislave v právnej veci navrhovateľa: POHOTOVOSŤ, s.r.o., Pribinova ul. 25, Bratislava, IČO: 35807598, zastúpený: Fridrich Paľko, s.r.o., IČO: 36864421, so sídlom Grösslingova 4, Bratislava, proti odporcovi: Slovenská republika, v jej mene: Ministerstvo spravodlivosti Slovenskej republiky, o zaplatenie škody a náhradu nemajetkovej ujmy, na odvolanie navrhovateľa proti uzneseniu Okresného súdu Bratislava V v Bratislave zo 14.11. 2012, č.k. 6C/148/2012-15 r o z h o d o l : Krajský súd v Bratislave odvolanie navrhovateľa proti uzneseniu Okresného súdu Bratislava V v Bratislave zo 14.11. 2012, č.k. 6C/148/2012-15 o d m i e t a . Odporcovi sa náhrada trov odvolacieho konania nepriznáva. o d ô v o d n e n i e : Napadnutým uznesením prvostupňový súd vyrubil navrhovateľovi súdny poplatok vo výške 66,- Eur za vznesenie námietky zaujatosti podľa položky 17a Sadzobníka súdnych poplatkov. Proti uzneseniu podal odvolanie navrhovateľ, ktorým navrhol odvolaciemu súdu, aby uznesenie zrušil, pretože podľa § 4 ods. 1 písm. k) zák. č. 71/1992 Z.z. je toto konanie oslobodené od súdnych poplatkov. Krajský súd v Bratislave ako súd odvolací (§ 10 ods. 1 O.s.p.) prejednal odvolanie navrhovateľa z hľadiska včasnosti jeho podania a dospel k záveru, že odvolanie bolo podané oneskorene. Podľa § 204 ods. 1 prvá veta O.s.p., odvolanie sa podáva do 15 dní od doručenia rozhodnutia na súde, proti rozhodnutiu ktorého smeruje. Podľa ust. § 57 ods. 1 O.s.p., do plynutia lehoty sa nezapočítava deň, keď došlo k skutočnosti určujúcej začiatok lehoty. Podľa ust. § 57 ods. 3 O.s.p., lehota je zachovaná, ak sa posledný deň lehoty urobí úkon na súde alebo podanie odovzdá orgánu, ktorý má povinnosť ho doručiť. Podľa ust. § 218 ods. 1 písm. a) O.s.p., odvolací súd odmietne odvolanie, ktoré bolo podané oneskorene. Vychádzajúc z obsahu spisu mal odvolací súd za zistené, že navrhovateľovi bolo uznesenie doručené 21.11.2012 a do rúk jeho právneho zástupcu taktiež dňa 21. 11. 2012. Pätnásťdňová lehota na podanie odvolania začala odporcovi plynúť dňa 22. 11. 2012 a uplynula dňom 6.12.2012. Navrhovateľ však odvolanie podal osobne do podateľne súdu až dňa 10. 12. 2012, teda oneskorene. Odvolací súd preto odvolanie podľa § 218 ods. 1 písm. a) O.s.p. odmietol ako oneskorene podané. Odvolací súd nepriznal odporcovi náhradu trov odvolacieho konania, nakoľko v odvolacom konaní mu žiadne trovy nevznikli. Poučenie: Proti tomuto uzneseniu odvolanie nie je prípustné.</w:t>
      </w:r>
    </w:p>
    <w:p/>
    <w:p>
      <w:r>
        <w:t>Zdroj: KAUZIS.SK – https://www.kauzis.sk/judikatura/r/ECLI:SK:KSBA:2013:1512223663.2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