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6Co/51/2013 z 29. 1. 2013</w:t>
      </w:r>
    </w:p>
    <w:p>
      <w:r>
        <w:t>Uznesenie Krajského súdu Bratislava z 29. januára 2013, sp. zn. 6Co/51/2013, ECLI:SK:KSBA:2013:1512223689.2</w:t>
      </w:r>
    </w:p>
    <w:p>
      <w:r>
        <w:t>Súd: Krajský súd Bratislava</w:t>
      </w:r>
    </w:p>
    <w:p>
      <w:r>
        <w:t>Spisová značka: 6Co/51/2013</w:t>
      </w:r>
    </w:p>
    <w:p>
      <w:r>
        <w:t>ECLI: ECLI:SK:KSBA:2013:1512223689.2</w:t>
      </w:r>
    </w:p>
    <w:p>
      <w:r>
        <w:t>Dátum vydania: 29. 1. 2013</w:t>
      </w:r>
    </w:p>
    <w:p>
      <w:r>
        <w:t>Forma: Uznesenie</w:t>
      </w:r>
    </w:p>
    <w:p>
      <w:pPr>
        <w:pStyle w:val="Heading2"/>
      </w:pPr>
      <w:r>
        <w:t>Text rozhodnutia</w:t>
      </w:r>
    </w:p>
    <w:p>
      <w:r>
        <w:t>Súd: Krajský súd Bratislava Spisová značka: 6Co/51/2013 Identifikačné číslo súdneho spisu: 1512223689 Dátum vydania rozhodnutia: 30. 01. 2013 Meno a priezvisko sudcu, VSÚ: JUDr. Martin Murgaš ECLI: ECLI:SK:KSBA:2013:1512223689.2 Uznesenie Krajský súd v Bratislave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uzneseniu Okresného súdu Bratislava V z 5. októbra 2012 č. k. 42C/163/2012- 7, pomerom hlasov 3:0, takto r o z h o d o l : Napadnuté uznesenie súdu prvého stupňa sa p o t v r d z u j e. o d ô v o d n e n i e : Napadnutým uznesením súd prvého stupňa uložil žalobcovi povinnosť zaplatiť poplatok za námietku zaujatosti vo výške 66 eur do 3 dní od doručenia uznesenia. Proti tomuto rozhodnutiu podal odvolanie žalobca. Uviedol, že nevzniesol námietku zaujatosti a preto nie je povinný zaplatiť súdny poplatok. Poukázal na to, že v žalobe uviedol skutočnosti preukazujúce fakt, že Okresný súd Bratislava V vo veci nemôže konať, pretože jeho sudcovia sú z prejednávania veci vylúčení, keďže majú pomer k veci a k účastníkom konania a sú teda vo veci zaujatí ( § 14 O.s.p. ). Preto mal súd prvého stupňa postupovať v zmysle § 12 ods. 1 O.s.p.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O.s.p.), preskúmal napadnuté uznesenie, prejednal odvolanie bez nariadenia pojednávania a dospel k záveru, že odvolanie nie je dôvodné. Zo spisu vyplýva, že žalobca v žalobe uviedol, že pridelenie veci niektorému zo sudcov Okresného súdu Bratislava V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Bratislava V sú vylúčení z prejednávania a rozhodovania veci vzhľadom na ich pomer k veci a k účastníkom konania. Z toho je podľa názoru odvolacieho súdu zrejmé, že žalobca v žalobe namietol zaujatosť všetkých sudcov Okresného súdu Bratislava V.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 15 ods. 1 O.s.p.). Inými slovami, keďže sudcovia Okresného súdu Bratislava V sa sami vo veci necítili byť zaujatí, návrh žalobcu na nutnú delegáciu v zmysle § 12 ods. 1 O.s.p. musel byť z jeho strany podmienený vznesením námietky zaujatosti všetkých sudcov tohto súdu. Paradoxne sám žalobca aj v odvolaní celkom jednoznačne formuloval námietku zaujatosti sudcov Okresného súdu Bratislava V. Konanie o náhradu škody spôsobenej nesprávnym úradným postupom je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 3. 2011 sp. zn. II. ÚS 124/2011). Z toho vyplýva, že napadnuté uznesenie je vecne správne a preto ho odvolací súd potvrdil podľa § 219 ods. 1 O.s.p. O trovách odvolacieho konania rozhodne súd prvého stupňa v rozhodnutí o veci samej. Poučenie: Proti tomuto uzneseniu odvolanie nie je prípustné.</w:t>
      </w:r>
    </w:p>
    <w:p/>
    <w:p>
      <w:r>
        <w:t>Zdroj: KAUZIS.SK – https://www.kauzis.sk/judikatura/r/ECLI:SK:KSBA:2013:1512223689.2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