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9Co/547/2013 z 28. 11. 2013</w:t>
      </w:r>
    </w:p>
    <w:p>
      <w:r>
        <w:t>Uznesenie Krajského súdu Bratislava z 28. novembra 2013, sp. zn. 9Co/547/2013, ECLI:SK:KSBA:2013:1608204572.1</w:t>
      </w:r>
    </w:p>
    <w:p>
      <w:r>
        <w:t>Súd: Krajský súd Bratislava</w:t>
      </w:r>
    </w:p>
    <w:p>
      <w:r>
        <w:t>Spisová značka: 9Co/547/2013</w:t>
      </w:r>
    </w:p>
    <w:p>
      <w:r>
        <w:t>ECLI: ECLI:SK:KSBA:2013:1608204572.1</w:t>
      </w:r>
    </w:p>
    <w:p>
      <w:r>
        <w:t>Dátum vydania: 28. 11. 2013</w:t>
      </w:r>
    </w:p>
    <w:p>
      <w:r>
        <w:t>Forma: Uznesenie</w:t>
      </w:r>
    </w:p>
    <w:p>
      <w:pPr>
        <w:pStyle w:val="Heading2"/>
      </w:pPr>
      <w:r>
        <w:t>Text rozhodnutia</w:t>
      </w:r>
    </w:p>
    <w:p>
      <w:r>
        <w:t>Súd: Krajský súd Bratislava Spisová značka: 9Co/547/2013 Identifikačné číslo súdneho spisu: 1608204572 Dátum vydania rozhodnutia: 29. 11. 2013 Meno a priezvisko sudcu, VSÚ: JUDr. Roman Huszár ECLI: ECLI:SK:KSBA:2013:1608204572.1 Uznesenie Krajský súd v Bratislave v právnej veci navrhovateľa: EOS KSI Slovensko, s.r.o., so sídlom Pajštúnska 5, Bratislava, zastúpený: TOMÁŠ KUŠNÍR, s.r.o., so sídlom Pajštúnska 5, Bratislava, proti odporcom: 1/ Y. A., J.. XX.XX.XXXX, bytom N. X, G., t. č. na neznámom mieste, zastúpený opatrovníčkou, súdnou tajomníčkou okresného súdu Pezinok, Martinu Murčekovú, 2/ V. A., J.. XX.XX.XXXX, bytom N. X, G., 3/ N. A., J.. XX.XX.XXXX, bytom N. XXX, zastúpená S. L. A., o zaplatenie 9.903,02 € s príslušenstvom, na odvolania odporkyne 3/ proti rozsudku Okresného súdu Malacky č. k. 6C/9/2009-90 zo dňa 01. decembra 2010 a proti uzneseniu Okresného súdu Malacky č. k. 6C/9/2009-139 zo dňa 18. júla 2013, v pomere hlasov 3 : 0, takto r o z h o d o l : Odvolací súd späťvzatie návrhu p r i p ú š ť a, rozsudok súdu prvého stupňa z r u š u j e a konanie z a s t a v u j e. Odvolací súd napadnuté uznesenie súdu prvého stupňa č. k. 6C/9/2009-139 zo dňa 18. júla 2013 z r u š u j e. Žiaden z účastníkov nemá právo na náhradu trov konania. o d ô v o d n e n i e : Napadnutým rozsudkom č. k. 6C/9/2009-90 zo dňa 01. decembra 2010 súd prvého stupňa uložil pôvodnému odporcovi, zomrelému F.. K. A., povinnosť zaplatiť navrhovateľovi sumu 6.200,57 € s 15% ročným úrokom z omeškania od 05.09.2004 do zaplatenia a na účet právneho zástupcu náhradu trov konania v sume 1.847,61 €, všetko v lehote troch dní odo dňa právoplatnosti rozsudku. Vo zvyšku prvostupňový súd návrh navrhovateľa zamietol. Konanie v časti návrhu navrhovateľa o zaplatenie 3.301,01 € zastavil. Zároveň rozhodol, že navrhovateľovi vráti súdny poplatok 191,53 € prostredníctvom Daňového úradu Bratislava V, a to do 15 dní odo dňa doručenia právoplatného rozsudku. Proti tomuto rozsudku podala odvolanie, v zákonom stanovenej lehote prostredníctvom svojej zákonnej zástupkyne, odporkyňa 3/. Z dôvodov bližšie špecifikovaných v odvolaní žiadala, aby súd vzal na vedomie ňou uvádzané skutočnosti v danom odvolaní a predložené dôkazy, ktoré podľa jej názoru, v čase rozhodovania neboli zrejme súdu známe a celé konanie zastavil. K odvolaniu odporkyne 3/ sa navrhovateľ a odporcovia 1/ a 2/ písomne nevyjadrili. Písomným podaním zo dňa 05.08.2013, osobne podaným na prvostupňový súd dňa 05.08.2013, vzala odporkyňa 3/, prostredníctvom svojej zákonnej zástupkyne, odvolanie proti rozsudku súdu prvého stupňa č. k. 6C/9/2009-90 zo dňa 01. decembra 2010 v celom rozsahu späť, žiadajúc, aby odvolací súd odvolacie konanie zastavil. Počas odvolacieho konania, podaním doručeným súdu prvého stupňa dňa 23.08.2013, vzal navrhovateľ svoj návrh na začatie konania v celom rozsahu späť a žiadal konanie zastaviť, z dôvodu, že odporca F.. K. A.Í. zomrel a dedičské konanie bolo zastavené pre nemajetnosť. Zároveň súd požiadal o vrátenie súdneho poplatku. Podľa § 222 ods. 2 O.s.p. odvolanie môže odvolací súd vybaviť aj tak, že pripustí vzatie návrhu na začatie konania späť, alebo schváli zmier.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dispozitívny úkon navrhovateľa, keď odporcovia neprejavili nesúhlas so späťvzatím návrhu, odvolací súd v zmysle ust. § 208 O.s.p. späťvzatie návrhu na začatie konania pripustil, rozsudok súdu prvého stupňa zrušil a konanie o veci zastavil. Pokiaľ ide o žiadosť navrhovateľa na vrátenie súdneho poplatku za návrh uplatnenú v späťvzatí návrhu, odvolací súd uvádza, že tejto žiadosti nebolo možné vyhovieť, nakoľko v súdenej veci nie sú splnené predpoklady zakotvené v ust. § 11 ods. 3 zákona č. 71/1992 Zb. o súdnych poplatkoch. Následne sa Krajský súd v Bratislave ako súd odvolací (§ 10 ods. 1 O.s.p.) zaoberal odvolaním odporkyne 3/ voči uzneseniu súdu prvého stupňa č. k. 6C/9/2009-139 zo dňa 18. júla 2013, ktorým súd prvého stupňa uložil odporkyni 3/ zastúpenej zákonnou zástupkyňou, aby v lehote 15 dní od doručenia napadnutého uznesenia zaplatila súdny poplatok za podané odvolanie vo výške 594,00 €. O vyrubení súdneho poplatku rozhodol prvostupňový súd podľa § 2 ods. 4, § 9 ods. 3 zákona č. 71/1992 Zb. o súdnych poplatkoch a v zmysle Položky č. 1 písm. a/ sadzobníka súdnych poplatkov tvoriaceho prílohu zákona č. 71/1992 Zb. o súdnych poplatkoch, s poučením, že ak sa poplatok v určenej lehote nezaplatí, bude ho súd vymáhať. Toto uznesenie napadla odvolaním v zákonom stanovenej lehote, prostredníctvom svojej zákonnej zástupkyne, odporkyňa 3/. V dôvodoch odvolania uviedla, že odvolanie zo dňa 05.01.2012 podané proti rozsudku súdu prvého stupňa č. k. 6C/9/2009-90 vzala späť, a preto žiada, aby uznesenie o vyrubení súdneho poplatku súd zrušil. K odvolaniu odporkyne 3/ sa navrhovateľ a odporcovia 1/ a 2/ písomne nevyjadrili. Odvolací súd prejednal vec podľa § 212 ods. 1 O.s.p. bez nariadenia odvolacieho pojednávania podľa § 214 ods. 2 O.s.p. a dospel k záveru, že napadnuté uznesenie je potrebné zrušiť.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a) citovaného zákona poplatková povinnosť vzniká podaním návrhu, odvolania a dovolania alebo žiadosti na vykonanie poplatkového úkonu, ak je poplatníkom navrhovateľ, odvolateľ a dovolateľ. Podľa Položky 1 písm. a) Sadzobníka súdnych poplatkov, prílohy citovaného zákona sa platí súdny poplatok z návrhu na začatie konania, ak nie je ustanovená osobitná sadzba z ceny / z úhrady / predmetu konania alebo z hodnoty predmetu sporu 6 % , najmenej 16,50 € najviac 16.596,50 €. Podľa Poznámky 5 k Položke 1 Sadzobníka súdnych poplatkov sa platí poplatok pri návrhu na vydanie platobného rozkazu, pri návrhu na vydanie európskeho platobného rozkazu, pri návrhu na vydanie zmenkového (šekového) platobného rozkazu. Podľa rovnakej sadzby sa platí poplatok za námietky v zmenkovom a šekovom konaní, za odpor proti platobnému rozkazu, za odpor proti európskemu platobnému rozkazu, ak súd námietky nezamietol alebo odpor neodmietol. Z obsahu spisu odvolací súd zistil, že vo veci bol dňa 01. decembra 2010 vydaný rozsudok č. k. 6C/9/2009-90, ktorým súd prvého stupňa uložil pôvodnému odporcovi, zomrelému F.. K. A., povinnosť zaplatiť navrhovateľovi sumu 6.200,57 € s 15% ročným úrokom z omeškania od 05.09.2004 do zaplatenia a na účet právneho zástupcu náhradu trov konania v sume 1.847,61 €, všetko v lehote troch dní odo dňa právoplatnosti rozsudku. Vo zvyšku prvostupňový súd návrh navrhovateľa zamietol. Konanie v časti návrhu navrhovateľa o zaplatenie 3.301,01 € zastavil. Zároveň rozhodol, že navrhovateľovi vráti súdny poplatok 191,53 € prostredníctvom Daňového úradu Bratislava V, a to do 15 dní odo dňa doručenia právoplatného rozsudku. Proti tomuto rozsudku podala v zákonom stanovenej lehote odvolanie, prostredníctvom svojej zákonnej zástupkyne, odporkyňa 3/. Odporkyni 3/ v zmysle Položky č. 1 písm. a) Sadzobníka súdnych poplatkov vznikla poplatková povinnosť. Písomným podaním zo dňa 05.08.2013, osobne podaným na prvostupňový súd dňa 05.08.2013, vzala odporkyňa 3/, prostredníctvom svojej zákonnej zástupkyne, odvolanie proti rozsudku súdu prvého stupňa č. k. 6C/9/2009-90 zo dňa 01. decembra 2010 v celom rozsahu späť, žiadajúc, aby odvolací súd odvolacie konanie zastavil. Pokiaľ teda súd prvého stupňa napadnutým uznesením č. k. 6C/9/2009-139 zo dňa 18. júla 2013 uložil odporkyni 3/ povinnosť v lehote 15 dní od doručenia napadnutého uznesenia zaplatiť súdny poplatok za podané odvolanie vo výške 594,00 €, jeho postup bol vecne správny a napadnuté uznesenie bolo v čase vydania v súlade so zákonom. Podľa § 11 ods. 3 citovaného zákona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9 citovaného zákona poplatok za odpor sa vráti, ak sa návrh na začatie konania vzal späť pred začatím pojednávania vo veci samej alebo konanie sa zastavilo pred začatím pojednávania vo veci samej. Odvolací súd s odkazom na citované ustanovenia poukazuje na to, že po vydaní prvostupňového rozhodnutia, ktorým bol vyrubený súdny poplatok za podané odvolanie, došlo k podstatnej zmene situácie vo vzťahu k povinnosti platiť súdny poplatok. Podstatná zmena je v tom, že došlo jednak k späťvzatiu návrhu na začatie konania ako aj k späťvzatiu odvolania a v tejto súvislosti sa konanie zastaví, čo by malo v zmysle § 11 ods. 9 citovaného zákona za následok, že súdny poplatok za odvolanie, ktorý bol vyrubený a prípadne aj zaplatený, by sa vrátil. Z dikcie tohto ustanovenia možno dôvodiť, že povinnosť, ktorá tu existovala v čase podania odvolania a ktorá spočívala v zaplatení súdneho poplatku za odvolanie, zanikla práve z dôvodu, ktorý nastal po vzniku a vyrubení súdneho poplatku a ktorý spočíval v tom, že došlo k späťvzatiu návrhu resp. odvolania pred tým, ako odvolací súd začal konať vo veci samej. Poplatok bol správne vyrubený dňom 18.07.2013, avšak odporkyňa 3/ písomným podaním zo dňa 05.08.2012, osobne podaným na prvostupňový súd dňa 05.08.2013, pred začatím pojednávania vo veci samej vzala odvolanie späť a ak by aj bol poplatok zaplatený, tak by vznikla povinnosť štátu tento poplatok vrátiť (§ 11 ods. 9 citovaného zákona). Z citovaného ustanovenia možno dôvodiť právny záver, že týmto dňom (05.08.2012), teda po vydaní rozhodnutia (uznesenie č. k. 6C/9/2009-139 zo dňa 18. júla 2013) zaniklo právo ním priznané. Toto právo spočívalo v povinnosti zaplatiť súdny poplatok za odvolanie a zánik práva možno odvodiť práve z ust. § 11 ods. 9 citovaného zákona, pri tom výklade, že ak by došlo k zaplateniu tohto vyrubeného poplatku, tak by za danej situácie vznikla povinnosť tento poplatok vrátiť, síce v tomto prípade krátený o 1 % minimálne 6,63 €. Toto krátenie súdneho poplatku však možno vyložiť ako určité paušálne náklady, ktoré sú spojené s manipuláciou súvisiacou s vracaním súdneho poplatku. Ak však poplatok netreba vrátiť, tak nie je možné ani tento poplatok krátiť. Z uvedených dôvodov odvolací súd napadnuté uznesenie súdu prvého stupňa v súlade s ust. § 221 ods. 1 písm. i/ O.s.p. zrušil, keď prvostupňový súd rozhodol bez návrhu, nejde o rozhodnutie vo veci samej a dôvod, pre ktorý bolo vydané zanikol. O náhrade trov konania rozhodol odvolací súd podľa § 224 ods. 1 v spojení s § 146 ods. 1 písm. c) O.s.p., podľa ktorého žiaden z účastníkov nemá právo na náhradu trov konania, ktoré bolo zastavené. Poučenie: Proti tomuto uzneseniu odvolanie nie je prípustné.</w:t>
      </w:r>
    </w:p>
    <w:p/>
    <w:p>
      <w:r>
        <w:t>Zdroj: KAUZIS.SK – https://www.kauzis.sk/judikatura/r/ECLI:SK:KSBA:2013:1608204572.1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