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1S/81/2013 z 29. 5. 2013</w:t>
      </w:r>
    </w:p>
    <w:p>
      <w:r>
        <w:t>Uznesenie Krajského súdu Bratislava z 29. mája 2013, sp. zn. 1S/81/2013, ECLI:SK:KSBA:2013:8013200224.1</w:t>
      </w:r>
    </w:p>
    <w:p>
      <w:r>
        <w:t>Súd: Krajský súd Bratislava</w:t>
      </w:r>
    </w:p>
    <w:p>
      <w:r>
        <w:t>Spisová značka: 1S/81/2013</w:t>
      </w:r>
    </w:p>
    <w:p>
      <w:r>
        <w:t>ECLI: ECLI:SK:KSBA:2013:8013200224.1</w:t>
      </w:r>
    </w:p>
    <w:p>
      <w:r>
        <w:t>Dátum vydania: 29. 5.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1S/81/2013 Identifikačné číslo súdneho spisu: 8013200224 Dátum vydania rozhodnutia: 30. 05. 2013 Meno a priezvisko sudcu, VSÚ: JUDr. Nora Majerníková ECLI: ECLI:SK:KSBA:2013:8013200224.1 Uznesenie Krajský súd v Bratislave v právnej veci žalobcu: Obec Andrejová, Andrejová 39, 086 37 Andrejová, proti žalovanému: Ministerstvo financií Slovenskej republiky, Štefanovičova 5, 817 82 Bratislava o preskúmanie zákonnosti rozhodnutia žalovaného č. MF/008966/2012-243/893 zo dňa 31.01.2013, takto r o z h o d o l : Krajský súd v Bratislave konanie z a s t a v u j e . Žiaden z účastníkov nemá právo na náhradu trov konania. o d ô v o d n e n i e : Žalobou pôvodne doručenou Krajskému súdu v Prešove dňa 04.03.2013, uznesením sp.zn. 4S 11/2013 zo dňa 26.03.2013 postúpenou tunajšiemu súdu, sa žalobca domáhal preskúmania zákonnosti rozhodnutia žalovaného č. MF/008966/2012-243/893 zo dňa 31.01.2013, ktorým odvolací správny orgán zmenil prvostupňové rozhodnutie č. 4/77/2011/325 zo dňa 05.11.2012, ktorým bola žalobcovi uložená povinnosť odviesť do štátneho rozpočtu Slovenskej republiky finančné prostriedky za zistené porušenie finančnej disciplíny podľa § 31 ods. 1 písm. a) a písm. b) zákona č. 523/2004 Z.z. o rozpočtových pravidlách verejnej správy a o zmene a doplnení niektorých zákonov v znení neskorších predpisov spolu s penále vo výške XXX XXX,XX Eur. Pred rozhodnutím vo veci samej žalobca svojím podaním doručeným súdu dňa 23.05.2013 oznámil, že berie svoju žalobu v celom rozsahu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https://www.kauzis.sk/judikatura/r/ECLI:SK:KSBA:2013:8013200224.1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