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3S/126/2011 z 7. 1. 2013</w:t>
      </w:r>
    </w:p>
    <w:p>
      <w:r>
        <w:t>Opravné uznesenie Krajského súdu Bratislava z 7. januára 2013, sp. zn. 3S/126/2011, ECLI:SK:KSBA:2013:9011010099.2</w:t>
      </w:r>
    </w:p>
    <w:p>
      <w:r>
        <w:t>Súd: Krajský súd Bratislava</w:t>
      </w:r>
    </w:p>
    <w:p>
      <w:r>
        <w:t>Spisová značka: 3S/126/2011</w:t>
      </w:r>
    </w:p>
    <w:p>
      <w:r>
        <w:t>ECLI: ECLI:SK:KSBA:2013:9011010099.2</w:t>
      </w:r>
    </w:p>
    <w:p>
      <w:r>
        <w:t>Dátum vydania: 7. 1. 2013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3S/126/2011 Identifikačné číslo súdneho spisu: 9011010099 Dátum vydania rozhodnutia: 08. 01. 2013 Meno a priezvisko sudcu, VSÚ: JUDr. Dáša Filová ECLI: ECLI:SK:KSBA:2013:9011010099.2 Opravné uznesenie Krajský súd v Bratislave v právnej veci žalobcu: I. A., R. XX, XXX XX G., v zastúpení: JUDr. Tiborom Šafárikom, advokátom, Štúrova 20, Košice, proti žalovanému: Ministerstvo školstva, vedy, výskumu a športu SR, Stromová 1, 813 30 Bratislava, o preskúmanie zákonnosti rozhodnutia žalovaného č. 2011-6624/15623:1-sekr. zo dňa 28.04.2011, takto r o z h o d o l : Rozsudok Krajského súdu v Bratislave, č.k. 3S 126/2011-22 zo dňa 23.10.2012 sa v záhlaví, vo výroku a v odôvodnení opravuje tak, že má správne znieť: číslo preskúmavaného rozhodnutia žalovaného č. 2011-6624/15623:1-sekr. zo dňa 28.04.2011. o d ô v o d n e n i e : Súd rozsudkom zo dňa 23.10.2012, č.k. 3S 126/2011-22 zrušil rozhodnutie žalovaného 2011-6624/156623:1-sekr. zo dňa 28.04.2011, ktorým zamietol rozklad žalobkyne a potvrdil rozhodnutie správneho orgánu prvého stupňa č. MŠ SR-2010-7985/15438:074 zo dňa 04.11.2010 a vrátil vec žalovanému na ďalšie konanie. Pri písomnom vyhotovení rozsudku došlo k chybe v záhlaví, vo výroku a v odôvodnení, kde bolo uvedené nesprávne číslo rozhodnutia žalovaného. Číslo bolo uvedené v znení 2011-6624/156623:1-sekr. zo dňa 28.04.2011 a správne malo byť 2011-6624/15623:1-sekr. zo dňa 28.04.2011. Podľa § 164 O.s.p., súd kedykoľvek aj bez návrhu opraví v rozsudku chyby v písaní a počítaní, ako aj iné zrejmé nesprávnosti. O oprave vydá opravné uznesenie, ktoré doručí účastníkom. Pri tom môže odložiť vykonateľnosť rozsudku na čas, kým opravné uznesenie nenadobudne právoplatnosť. Podľa § 104 ods. 2 O.s.p. ak ide o nedostatok podmienky konania, ktorý možno odstrániť, súd urobí pre to vhodné opatrenia. Pri tom spravidla môže pokračovať v konaní, ale nesmie vydať rozhodnutie ktorým sa konanie končí. Ak sa nepodarí nedostatok podmienky konania odstrániť, konanie zastaví. Pretože v danom prípade ide o zrejmú nesprávnosť pri písaní rozhodnutia, súd preto v zmysle ust. § 164 O.s.p. túto chybu opravil týmto opravným uznesením. Poučenie: Proti tomuto uzneseniu je možné podať odvolanie do 15 dní odo dňa jeho doručenia písomne, dvojmo na tomto súde.</w:t>
      </w:r>
    </w:p>
    <w:p/>
    <w:p>
      <w:r>
        <w:t>Zdroj: KAUZIS.SK – https://www.kauzis.sk/judikatura/r/ECLI:SK:KSBA:2013:9011010099.2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