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6K/69/2000 z 9. 11. 2014</w:t>
      </w:r>
    </w:p>
    <w:p>
      <w:r>
        <w:t>Uznesenie Krajského súdu Bratislava z 9. novembra 2014, sp. zn. 6K/69/2000, ECLI:SK:KSBA:2014:1000896460.2</w:t>
      </w:r>
    </w:p>
    <w:p>
      <w:r>
        <w:t>Súd: Krajský súd Bratislava</w:t>
      </w:r>
    </w:p>
    <w:p>
      <w:r>
        <w:t>Spisová značka: 6K/69/2000</w:t>
      </w:r>
    </w:p>
    <w:p>
      <w:r>
        <w:t>ECLI: ECLI:SK:KSBA:2014:1000896460.2</w:t>
      </w:r>
    </w:p>
    <w:p>
      <w:r>
        <w:t>Dátum vydania: 9. 11.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6K/69/2000 Identifikačné číslo súdneho spisu: 1000896460 Dátum vydania rozhodnutia: 10. 11. 2014 Meno a priezvisko sudcu, VSÚ: JUDr. Lýdia Noskovičová ECLI: ECLI:SK:KSBA:2014:1000896460.2 Uznesenie Krajský súd v Bratislave v konkurznej veci úpadcu: Poľnohospodárske družstvo, Bernecká cesta 45, 936 01 Šahy, IČO: 00 195 189 s ustanovenou správkyňou konkurznej podstaty JUDr. Alenou Gregušovou, advokátkou, Radová 18, 949 01 Nitra, takto r o z h o d o l : Súd z r u š u j e vyhlásený konkurz na majetok úpadcu: Poľnohospodárske družstvo, Bernecká cesta 45, 936 01 Šahy, IČO: 00 195 189, po splnení rozvrhového uznesenia. Súd z b a v u j e JUDr. Alenu Gregušovú, advokátku, funkcie správcu konkurznej podstaty. o d ô v o d n e n i e : Uznesením tunajšieho súdu pod č. k. 6K 69/2000-70 zo dňa 06.10.2000 bol vyhlásený konkurz na majetok dlžníka: Poľnohospodárske družstvo Šahy, 936 01 Šahy, IČO: 00 195 189. Súd zároveň v predmetnom uznesení ustanovil do funkcie správcu konkurznej podstaty JUDr. Alenu Gregušovú, advokátku, sídlom AK Farská 1, 949 01 Nitra. Uznesením č. k. 6K 69/2000-901 zo dňa 15.07.2014, ktoré nadobudlo právoplatnosť dňa 22.08.2014, súd rozhodol o rozdelení finančných prostriedkov získaných speňažením konkurznej podstaty. Správkyňa konkurznej podstaty predložila súdu dňa 04.11.2014 návrh na zrušenie konkurzu z dôvodu splnenia rozvrhového uznesenia, ku ktorému pripojila fotokópie dokladov preukazujúcich vykonanie úhrad a potvrdenie o zrušení bankového konkurzného účtu. Súdny poplatok za konkurzné konanie vo výške 60.000,- Sk, t. j. 1.991,64 Eur uhradila správkyňa konkurznej podstaty tunajšiemu súdu prevodným príkazom dňa 25.09.2008. V zmysle § 44 ods. 1 písm. b) zák. č. 328/91 Zb. o konkurze a vyrovnaní v platnom znení, súd zruší konkurz, v ktorom nedošlo k potvrdeniu núteného vyrovnania, po splnení rozvrhového uznesenia a podľa ods. 4 citovaného ustanovenia, súd zbaví správcu funkcie. Zo spisového materiálu vyplýva, že všetok majetok patriaci do konkurznej podstaty bol speňažený a výťažok získaný jeho predajom ako aj príjmy získané do podstaty inak ako speňažením, t. j. inou činnosťou správcu pri výkone funkcie správcu konkurznej podstaty, bol po odpočítaní výdavkov a odmeny správcu vydaný veriteľom v zmysle rozvrhového uznesenia č. k. 6K 69/2000-901 zo dňa 15.07.2014. Keďže správca konkurznej podstaty preukázal splnenie rozvrhového uznesenia, v zmysle týchto ustanovení súd zrušil konkurz a správcu konkurznej podstaty zbavil funkcie. Podľa § 45 ods. 2 ZKV na základe zoznamu prihlášok možno po právoplatnosti uznesenia o zrušení konkurzu viesť pre zistenú pohľadávku výkon rozhodnutia alebo exekúciu na majetok úpadcu. Správca konkurznej podstaty oznámi súdu, či ukončil účtovnú uzávierku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https://www.kauzis.sk/judikatura/r/ECLI:SK:KSBA:2014:1000896460.2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