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9K/192/2000 z 27. 1. 2014</w:t>
      </w:r>
    </w:p>
    <w:p>
      <w:r>
        <w:t>Uznesenie Krajského súdu Bratislava z 27. januára 2014, sp. zn. 9K/192/2000, ECLI:SK:KSBA:2014:1000896495.2</w:t>
      </w:r>
    </w:p>
    <w:p>
      <w:r>
        <w:t>Súd: Krajský súd Bratislava</w:t>
      </w:r>
    </w:p>
    <w:p>
      <w:r>
        <w:t>Spisová značka: 9K/192/2000</w:t>
      </w:r>
    </w:p>
    <w:p>
      <w:r>
        <w:t>ECLI: ECLI:SK:KSBA:2014:1000896495.2</w:t>
      </w:r>
    </w:p>
    <w:p>
      <w:r>
        <w:t>Dátum vydania: 27. 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9K/192/2000 Identifikačné číslo súdneho spisu: 1000896495 Dátum vydania rozhodnutia: 28. 01. 2014 Meno a priezvisko sudcu, VSÚ: JUDr. Eugen Palášthy ECLI: ECLI:SK:KSBA:2014:1000896495.2 Uznesenie Krajský súd v Bratislave v konkurznej veci úpadcu: SEMEX, s. r. o., sídlom 900 50 Kráľová pri Senci č. 269, IČO: 35 720 417, takto r o z h o d o l : Súd z r u š u j e konkurz vyhlásený uznesením tunajšieho súdu zo dňa 13.11.2001, pod č. k. 9K 192/00-37 z dôvodu, že tu nie sú predpoklady pre konkurz. Z b a v u j e JUDr. Olivera Koreca, sídlom AK Záhradnícka 9, 811 07 Bratislava, funkcie správcu konkurznej podstaty. o d ô v o d n e n i e : Správca konkurznej podstaty JUDr. Oliver Korec, dal dňa 20.01.2014 návrh na zrušenie vyhláseného konkurzu v zmysle § 44 ods. 1 písm. a) zák. č. 328/1991 Zb. v znení neskorších predpisov. Uznesením Krajského súdu v Bratislave sp. zn. 9K 192/2000-415 bola dňa 24.09.2013 schválená konečná správa o speňažovaní konkurznej podstaty a o vyúčtovaní odmeny a výdavkov správcu konkurznej podstaty tak, ako ju predložil správca konkurznej podstaty JUDr. Oliver Korec dňa 10.05.2013 (právoplatná dňa 12.11.2013),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a) zák. č. 328/1991 Zb. v znení neskorších predpisov,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https://www.kauzis.sk/judikatura/r/ECLI:SK:KSBA:2014:1000896495.2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