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1K/61/2000 z 29. 6. 2014</w:t>
      </w:r>
    </w:p>
    <w:p>
      <w:r>
        <w:t>Uznesenie Krajského súdu Bratislava z 29. júna 2014, sp. zn. 1K/61/2000, ECLI:SK:KSBA:2014:1000897733.2</w:t>
      </w:r>
    </w:p>
    <w:p>
      <w:r>
        <w:t>Súd: Krajský súd Bratislava</w:t>
      </w:r>
    </w:p>
    <w:p>
      <w:r>
        <w:t>Spisová značka: 1K/61/2000</w:t>
      </w:r>
    </w:p>
    <w:p>
      <w:r>
        <w:t>ECLI: ECLI:SK:KSBA:2014:1000897733.2</w:t>
      </w:r>
    </w:p>
    <w:p>
      <w:r>
        <w:t>Dátum vydania: 29. 6.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1K/61/2000 Identifikačné číslo súdneho spisu: 1000897733 Dátum vydania rozhodnutia: 30. 06. 2014 Meno a priezvisko sudcu, VSÚ: JUDr. Eugen Palášthy ECLI: ECLI:SK:KSBA:2014:1000897733.2 Uznesenie Krajský súd v Bratislave v konkurznej veci úpadcu: Climont, spol. s r.o. sídlom Rybničná 40, 835 54 Bratislava IČO: 31 103 588, takto r o z h o d o l : Súd z r u š u j e konkurz vyhlásený uznesením tunajšieho súdu zo dňa 21.12.2000, pod č.k. 1K61/00-36, po splnení rozvrhového uznesenia. Súd z b a v u j e JUDr. Jána Malichera sídlom AK Bajzova 12, 821 08 Bratislava funkcie správcu konkurznej podstaty. o d ô v o d n e n i e : Dňa 12.06.2014, správca konkurznej podstaty JUDr. Ján Malicher, predložil súdu správu o záverečnom vyúčtovaní konkurzu a vysporiadaní pohľadávok veriteľov podľa rozvrhového uznesenia č.k. 1K61/00-407 zo dňa 20.01.2010, ktoré nadobudlo právoplatnosť dňa 26.02.2010.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uzneseniu možno podať odvolanie v lehote 30 dní od jeho publikovania v Obchodnom vestníku na Krajskom súde v Bratislave.</w:t>
      </w:r>
    </w:p>
    <w:p/>
    <w:p>
      <w:r>
        <w:t>Zdroj: KAUZIS.SK – https://www.kauzis.sk/judikatura/r/ECLI:SK:KSBA:2014:1000897733.2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