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1K/253/2000 z 27. 7. 2014</w:t>
      </w:r>
    </w:p>
    <w:p>
      <w:r>
        <w:t>Uznesenie Krajského súdu Bratislava z 27. júla 2014, sp. zn. 1K/253/2000, ECLI:SK:KSBA:2014:1000898079.2</w:t>
      </w:r>
    </w:p>
    <w:p>
      <w:r>
        <w:t>Súd: Krajský súd Bratislava</w:t>
      </w:r>
    </w:p>
    <w:p>
      <w:r>
        <w:t>Spisová značka: 1K/253/2000</w:t>
      </w:r>
    </w:p>
    <w:p>
      <w:r>
        <w:t>ECLI: ECLI:SK:KSBA:2014:1000898079.2</w:t>
      </w:r>
    </w:p>
    <w:p>
      <w:r>
        <w:t>Dátum vydania: 27. 7.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1K/253/2000 Identifikačné číslo súdneho spisu: 1000898079 Dátum vydania rozhodnutia: 28. 07. 2014 Meno a priezvisko sudcu, VSÚ: JUDr. Eugen Palášthy ECLI: ECLI:SK:KSBA:2014:1000898079.2 Uznesenie Krajský súd v Bratislave v konkurznej veci úpadcu: OSP DANUBIUS a.s., sídlom Kračanská 40, 929 22 Dunajská Streda, IČO: 31 412 637, takto r o z h o d o l : Súd z r u š u j e konkurz vyhlásený uznesením tunajšieho súdu zo dňa 12.03.2001 pod č.k. 1K/253/00-56, po splnení rozvrhového uznesenia. Súd z b a v u j e JUDr. Zoltána Hájosa sídlom AK D. XXXX/Xa, XXX XX M. K., funkcie správcu konkurznej podstaty. o d ô v o d n e n i e : Dňa 04.07.2014 správca konkurznej podstaty JUDr. Zoltán Hájos predložil súdu správu o záverečnom vyúčtovaní konkurzu a vysporiadaní pohľadávok veriteľov podľa rozvrhového uznesenia č.k. 1K/253/00-580 zo dňa 04.09.2009, ktoré nadobudlo právoplatnosť dňa 13.10.2009.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https://www.kauzis.sk/judikatura/r/ECLI:SK:KSBA:2014:1000898079.2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