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1K/76/2000 z 11. 3. 2014</w:t>
      </w:r>
    </w:p>
    <w:p>
      <w:r>
        <w:t>Uznesenie Krajského súdu Bratislava z 11. marca 2014, sp. zn. 1K/76/2000, ECLI:SK:KSBA:2014:1000898698.3</w:t>
      </w:r>
    </w:p>
    <w:p>
      <w:r>
        <w:t>Súd: Krajský súd Bratislava</w:t>
      </w:r>
    </w:p>
    <w:p>
      <w:r>
        <w:t>Spisová značka: 1K/76/2000</w:t>
      </w:r>
    </w:p>
    <w:p>
      <w:r>
        <w:t>ECLI: ECLI:SK:KSBA:2014:1000898698.3</w:t>
      </w:r>
    </w:p>
    <w:p>
      <w:r>
        <w:t>Dátum vydania: 11.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1K/76/2000 Identifikačné číslo súdneho spisu: 1000898698 Dátum vydania rozhodnutia: 12. 03. 2014 Meno a priezvisko sudcu, VSÚ: JUDr. Lýdia Noskovičová ECLI: ECLI:SK:KSBA:2014:1000898698.3 Uznesenie Krajský súd v Bratislave v konkurznej veci úpadcu: Poľnohospodárske družstvo so sídlom v Majcichove, 919 22 Majcichov, IČO: 31 408 915, s ustanoveným správcom konkurznej podstaty JUDr. Jozefom Bolješikom, advokátom, sídlom Radlinského 50, 921 01 Piešťany, takto r o z h o d o l : Súd z r u š u j e konkurz na majetok úpadcu: Poľnohospodárske družstvo so sídlom v Majcichove, 919 22 Majcichov, IČO: 31 408 915, vyhlásený uznesením č. k. 1K 76/2000- zo dňa 31.03.2000 podľa § 44 ods. 1 písm. a) ZKV. Súd z b a v u j e JUDr. Jozefa Bolješika, advokáta, sídlom Radlinského 50, 921 01 Piešťany, funkcie správcu konkurznej podstaty. O odmene správcu bolo rozhodnuté v uznesení o schválení konečnej správy č. k. 1K 76/2000-2140 zo dňa 18.11.2013. o d ô v o d n e n i e : Uznesením tunajšieho súdu pod č. k. 1K 76/2000 zo dňa 31.03.2000 bol vyhlásený konkurz na majetok dlžníka: Poľnohospodárske družstvo so sídlom v Majcichove, 919 22 Majcichov, IČO: 31 408 915 a za správcu konkurznej podstaty súd ustanovil JUDr. Jozefa Bolješika, advokáta, sídlom Radlinského 50, Piešťany. Správca konkurznej podstaty predložil súdu dňa 03.10.2013 konečnú správu o speňažení majetku z podstaty a vyúčtovaní odmeny a výdavkov správcov, ktorá bola súdom schválená uznesením č. k. 1K 76/2000-2140 zo dňa 18.11.2013. Uznesenie nadobudlo právoplatnosť dňa 30.12.2013. V zmysle schválenej konečnej správy boli vyúčtované príjmy a výdavky konkurzného konania a bola schválená odmena správcu konkurznej podstaty. Podaním zo dňa 07.03.2014, doručeným súdu dňa 10.03.2014, správca konkurznej podstaty predložil súdu oznámenie o splnení záväzkov vyplývajúcich z uznesenia o schválení konečnej správy, ktoré doložil bankovými dokladmi a zároveň požiadal o zrušenie konkurzu a zbavenie funkcie správcu. Súdny poplatok za konkurzné konanie vo výške 1.991,50 Eur bol pripísaný na účet Krajského súdu v Bratislave dňa 20.07.2012. Zo spisového materiálu vyplýva, že úpadca nevlastní ďalší majetok, ktorý by bolo možné speňažiť v rámci ponukových kôl a uspokojiť tak vo zvyšku neuspokojené pohľadávky oddelených veriteľov a pohľadávky ostatných konkurzných veriteľov, a to ani pomerne. Celý majetok úpadcu zaradený do konkurznej podstaty bol v rámci konkurzného konania odpredaný. V zmysle § 44 ods. 1 písm. a) zák. č. 328/91 Zb. o konkurze a vyrovnaní (ZKV) v platnom znení, súd uznesením zruší konkurz, v ktorom nedošlo k potvrdeniu núteného vyrovnania, ak zistí, že tu nie sú predpoklady pre konkurz a podľa ods. 4 citovaného ustanovenia, súd zbaví správcu funkcie. V zmysle § 66i ZKV trovy konania sú najmä pohľadávky proti podstate, nároky podľa § 31 ods. 1 písm. a) až c). Správca konkurznej podstaty preukázal uhradenie nárokov na základe uznesenia o schválení konečnej správy, a preto súd v zmysle ust. § 44 ods. 1 písm. a) ZKV a ods. 4 cit. ustanovenia zrušil konkurz a správcu konkurznej podstaty zbavil funkcie. Na základe zoznamu prihlášok možno po právoplatnosti uznesenia o zrušení konkurzu viesť pre zistenú pohľadávku výkon rozhodnutia alebo exekúciu na majetok úpadcu. Správca oznámi súdu, či ukončil účtovnú 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https://www.kauzis.sk/judikatura/r/ECLI:SK:KSBA:2014:1000898698.3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