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7K/19/2001 z 5. 8. 2014</w:t>
      </w:r>
    </w:p>
    <w:p>
      <w:r>
        <w:t>Uznesenie Krajského súdu Bratislava z 5. augusta 2014, sp. zn. 7K/19/2001, ECLI:SK:KSBA:2014:1001898097.4</w:t>
      </w:r>
    </w:p>
    <w:p>
      <w:r>
        <w:t>Súd: Krajský súd Bratislava</w:t>
      </w:r>
    </w:p>
    <w:p>
      <w:r>
        <w:t>Spisová značka: 7K/19/2001</w:t>
      </w:r>
    </w:p>
    <w:p>
      <w:r>
        <w:t>ECLI: ECLI:SK:KSBA:2014:1001898097.4</w:t>
      </w:r>
    </w:p>
    <w:p>
      <w:r>
        <w:t>Dátum vydania: 5. 8.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7K/19/2001 Identifikačné číslo súdneho spisu: 1001898097 Dátum vydania rozhodnutia: 06. 08. 2014 Meno a priezvisko sudcu, VSÚ: JUDr. Eugen Palášthy ECLI: ECLI:SK:KSBA:2014:1001898097.4 Uznesenie Krajský súd v Bratislave v konkurznej veci úpadcu: OSIVÁR a.s., Stummerova 1276, 955 01 Topoľčany, IČO: 34 108 564, takto r o z h o d o l : Súd zrušuje konkurz vyhlásený uznesením tunajšieho súdu zo dňa 28.03.2001, pod č.k. 7K/19/2001-64, po splnení rozvrhového uznesenia. Súd zbavuje JUDr. Dagmar Kubovičovú, sídlom AK Námestie Biely kríž 3, 831 02 Bratislava, funkcie správcu konkurznej podstaty. o d ô v o d n e n i e : Dňa 16.07.2014 správkyňa konkurznej podstaty JUDr. Dagmar Kubovičová predložila súdu správu o záverečnom vyúčtovaní konkurzu a vysporiadaní pohľadávok veriteľov podľa rozvrhového uznesenia č.k. 7K/19/2001-770 zo dňa 27.02.2013, ktoré nadobudlo právoplatnosť dňa 06.04.2013. V zmysle § 44 ods. 1 písm. b/ zák. č. 328/1991 Zb. v platnom znení,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https://www.kauzis.sk/judikatura/r/ECLI:SK:KSBA:2014:1001898097.4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