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4Cb/24/2003 z 11. 6. 2014</w:t>
      </w:r>
    </w:p>
    <w:p>
      <w:r>
        <w:t>Rozsudok Krajského súdu Bratislava z 11. júna 2014, sp. zn. 4Cb/24/2003, ECLI:SK:KSBA:2014:1003896034.4</w:t>
      </w:r>
    </w:p>
    <w:p>
      <w:r>
        <w:t>Súd: Krajský súd Bratislava</w:t>
      </w:r>
    </w:p>
    <w:p>
      <w:r>
        <w:t>Spisová značka: 4Cb/24/2003</w:t>
      </w:r>
    </w:p>
    <w:p>
      <w:r>
        <w:t>ECLI: ECLI:SK:KSBA:2014:1003896034.4</w:t>
      </w:r>
    </w:p>
    <w:p>
      <w:r>
        <w:t>Dátum vydania: 11. 6. 2014</w:t>
      </w:r>
    </w:p>
    <w:p>
      <w:r>
        <w:t>Forma: Rozsudok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4Cb/24/2003 Identifikačné číslo súdneho spisu: 1003896034 Dátum vydania rozhodnutia: 12. 06. 2014 Meno a priezvisko sudcu, VSÚ: JUDr. Peter Pospech ECLI: ECLI:SK:KSBA:2014:1003896034.4 ROZSUDOK V MENE SLOVENSKEJ REPUBLIKY Krajský súd v Bratislave pred samosudcom JUDr. Petrom Pospechom, v právnej veci žalobkyne: N. T., H.. U., W. Q.E. Č.. XX, XXX XX P., zast. JUDr. Ivetou Marcinovou, advokátkou, proti žalovanému: 1. dôchodková a.s., Nám. 1 mája č. 14, 811 06 Bratislava, o zaplatenie sumy 5.405,33 Eur istiny /162.841,- Sk/ s príslušenstvom, takto r o z h o d o l : Žalovaný je povinný zaplatiť žalobkyni N. T., H.. U., sumu 5.405,33 Eur istiny so 16 % úrokom z omeškania od 01.01.2000 do zaplatenia a trovy konania, na účet právnej zástupkyne v sume 374,43 Eur a to do 3 dní od právoplatnosti rozhodnutia. o d ô v o d n e n i e : Krajský súd v Bratislave, rozsudkom zo dňa 14.12.2004, č. k. 4Cb 24-03 rozhodol tak, že žalovaného zaviazal zaplatiť žalobkyni sumu 5.405,33 Eur /162.841,- Sk/ istiny spolu s úrokom z omeškania vo výške 16 % ročne od 01.01.2000 až do zaplatenia, ako i náhradu trov konania a vo zvyšku žalobu zamietol. V odôvodnení rozhodnutia súd prvého stupňa uviedol, že zmluvou o odkúpení akcii 1. garantovanej a.s., č. XXXXXXXXX zo dňa 23.08.2000, žalobkyňa odkúpila akcie v počte 100 ks po 2.000,- Sk za sumu 200.000,- Sk. V súlade s dohodnutými podmienkami žalobkyňa dňa 26.02.2002 zrušila zmluvu o odkúpení akcii tým, že požadovala aj finančné vyrovnanie na osobný peňažný účet. Dňa 22.11.2002 došlo medzi účastníkmi konania k uzavretiu dohody o splácaní, na základe ktorej žalovaný uznal svoj záväzok z predmetnej zmluvy vo výške 232.630,- Sk pričom sa zaviazal, že 30 % z uvedenej sumy žalobkyni uhradí do 10 pracovných dní. Odporca svoj záväzok uhradil len čiastočne a zvyšok - sumu 162.841,- Sk neuhradil. Žalovaný sa nesplnením svojej povinnosti dostal do omeškania podľa § 517 ods. 2 Občianskeho zákonníka a preto ho súd prvého stupňa zaviazal i na zaplatenie úrokov, ktorých výšku súd prvého stupňa určil v súlade s nariadením vlády SR č. 87/1995 Z.z. a vo zvyšku žalobu zamietol. O trovách konania súd rozhodol podľa § 142 ods. 1 OSP. Proti tomuto rozhodnutiu sa odvolal žalovaný s poukazom na ust. § 201 a nasl. OSP z dôvodov podľa § 205 ods. 2 písm. d/ a f/ OSP. Žalobkyňa sa k odvolaniu žalovaného písomne nevyjadrila. Uznesením Najvyššieho súdu SR č. k. 4Obo 14/2013 zo dňa 31.01.2014, odvolací súd rozsudok Krajského súdu v Bratislave č. k. 4Cb 24/03 zo dňa 14.12.2004, v znení opravného uznesenia zo dňa 14.01.2013 zrušil a vec vrátil súdu prvého stupňa na nové konanie. Podľa názoru odvolacieho súdu sa súd prvého stupňa neriadil ustanoveniami § 157 ods. 2 OSP, keďže svoje rozhodnutie náležite neodôvodnil. V novom konaní súd prvého stupňa zistil, že žalobkyňa sa žalobou zo dňa 03.03.2003, doručenou súdu dňa 20.03.2003 domáhala zaplatenia istiny 5.405,33 Eur /162.841,- Sk/ spolu s úrokom z omeškania vo výške 19 % od 01.01.2000 až do zaplatenia. Toto právo žalobkyňa odvodzuje zo zmluvy o odkúpení akcii 1. garantovanej a.s., č. XXXXXXXXX zo dňa 23.08.2000, ktorú uzavrela ako kupujúci so žalovaným ako predávajúcim, v počte 100 akcii za sumu 200.000,- Sk a dohody o splácaní zo dňa 22.11.2002, kde žalovaný uznal svoj záväzok vo výške 232.630,- Sk. Uznesením Krajského súdu v Bratislave zo dňa 15.05.2012 pod č. k. 1K 136/2004, bol vyhlásený konkurz na majetok žalovaného a preto konanie v predmetnej veci bolo prerušené podľa § 14 ods. 1 písm. c/ ZKV /zákona o konkurze a vyrovnaní č. 329/1991/. Uznesením Krajského súdu v Bratislave zo dňa 15.05.2012 pod č. k. 1K 136/2004, bol vyhlásený konkurz zrušený podľa § 44 ods. 1 písm. a/ ZKV a správca konkurznej podstaty U.. F. O. bol zbavený funkcie správcu konkurznej podstaty. Toto rozhodnutie nadobudlo právoplatnosť dňa 19.06.2012. V dohode o splácaní zo dňa 22.11.2002 žalovaný svoj záväzok uznal vo výške 232.630,- Sk a po čiastočnom zaplatení nároku k zaplateniu zostala suma 162.841,- Sk, t.j. 5.405,33 Eur, ktorú žalovaný nezaplatil. Pojednávania v predmetnej veci sa žalobkyňa a žalovaný nezúčastnili, doručenie predvolania na pojednávanie bolo zo strany žalobkyne vykázané a k doručeniu predvolania u žalovaného došlo postupom podľa § 48 ods. 2 OSP. Vzhľadom k neprítomnosti sporových strán súd konal a rozhodol bez prítomnosti sporových strán, po prijatí uznesenia podľa § 101 ods. 2 OSP. Konajúci súd dospel k záveru, že nárok žalobkyne je oprávnený v sume 5.405,33 Eur, t.j. 162.841,- Sk, ktorý jej konajúci súd priznal. Vzhľadom k nezaplateniu dlžnej čiastky v lehote splatnosti, súd priznal žalobkyni úrok z omeškania vo výške 16 % od 01.01.2000 do zaplatenia zostatku dlžnej sumy, Podľa § 517 ods. 2 Občianskeho zákonníka. Vo zvyšku žalobu zamietol ako nedôvodnú. Výrok o trovách konania súd oprel o úspešnosť žalobkyne v spore, ktorej priznal celkové trovy konania v sume 374,43 Eur podľa § 142 ods. 1 OSP. Poučenie: Proti tomuto rozhodnutiu je možné podať odvolanie do 15 dní od jeho doručenia na Krajskom súde v Bratislave, písomne, dvojmo. V odvolaní sa má uviesť, okrem všeobecných náležitostí /§42 ods. 3 OSP/, proti ktorému rozhodnutiu odvolanie smeruje, v akom rozsahu ho odvolávateľ podáva a v čom vidí nesprávnosť postupu a rozhodnutia súdu.</w:t>
      </w:r>
    </w:p>
    <w:p/>
    <w:p>
      <w:r>
        <w:t>Zdroj: KAUZIS.SK – https://www.kauzis.sk/judikatura/r/ECLI:SK:KSBA:2014:1003896034.4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