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10Cbs/4/2003 z 14. 12. 2014</w:t>
      </w:r>
    </w:p>
    <w:p>
      <w:r>
        <w:t>Opravné uznesenie Krajského súdu Bratislava z 14. decembra 2014, sp. zn. 10Cbs/4/2003, ECLI:SK:KSBA:2014:1003897997.29</w:t>
      </w:r>
    </w:p>
    <w:p>
      <w:r>
        <w:t>Súd: Krajský súd Bratislava</w:t>
      </w:r>
    </w:p>
    <w:p>
      <w:r>
        <w:t>Spisová značka: 10Cbs/4/2003</w:t>
      </w:r>
    </w:p>
    <w:p>
      <w:r>
        <w:t>ECLI: ECLI:SK:KSBA:2014:1003897997.29</w:t>
      </w:r>
    </w:p>
    <w:p>
      <w:r>
        <w:t>Dátum vydania: 14. 12. 2014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10Cbs/4/2003 Identifikačné číslo súdneho spisu: 1003897997 Dátum vydania rozhodnutia: 15. 12. 2014 Meno a priezvisko sudcu, VSÚ: JUDr. Jarmila Glončáková ECLI: ECLI:SK:KSBA:2014:1003897997.29 Opravné uznesenie Krajský súd v Bratislave v právnej veci žalobcu PROFI CREDIT Slovakia, s. r. o., IČO 35 792 752, Pribinova 25, Bratislava, zast. Šiška and Partners s. r. o., Bratislava, proti žalovanej E. A., B. Q. X/A, B., o 104 487,65 Eur /3.147.795,- Sk/ s prísl., takto r o z h o d o l : Súd opravuje v odôvodnení rozsudku zo dňa 12.11.2014, č. k. 10Cbs 4/2003-996 na 1. str. v prvom riadku predposledného odseku dátum namiesto dňa 18.12.2009 na dňa 21.03.2003, na 2. strane v prvom riadku druhého odseku dátum namiesto zo dňa 01.06.2002 na zo dňa 01.06.2001, na 2. str. v druhom riadku druhého odseku dátum namiesto zo dňa 01.06.2001 na zo dňa 01.06.2006 a na 2. str. v druhom riadku piateho odseku dátum namiesto zo dňa 30.11.2011 na zo dňa 30.11.2001. o d ô v o d n e n i e : Pri písaní odôvodnenia rozsudku zo dňa 12.11.2014 č. k. 10Cbs 4/2003-996 došlo k chybe v písaní dátumov na 1. a 2. strane tohto rozsudku. Podľa ust. § 164 prvá veta OSP, súd kedykoľvek aj bez návrhu opraví v rozsudku chyby v písaní a počítaní, ako aj iné zrejmé nesprávnosti. Súd v zmysle ust. § 164 OSP opravil chyby v číslach uvedených pri jednotlivých dátumoch, tak ako je uvedené vo výroku tohto uznesenia. Rozhodnutie bolo prijaté v pomere hlasov 3:0. Poučenie: Proti tomuto uzneseniu je možné podať odvolanie do 15 dní odo dňa doručenia uznesenia na Krajskom súde v Bratislave. V odvolaní sa má popri všeobecných náležitostiach § 42 ods. 3 OSP uviesť, v čom sa toto rozhodnutie, alebo postup súdu považuje za nesprávny a čoho sa odvolateľ domáha. Odvolanie je potrebné odôvodniť podľa ust. § 205 ods. 2 OSP.</w:t>
      </w:r>
    </w:p>
    <w:p/>
    <w:p>
      <w:r>
        <w:t>Zdroj: KAUZIS.SK – https://www.kauzis.sk/judikatura/r/ECLI:SK:KSBA:2014:1003897997.29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