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16Cbi/24/2004 z 30. 1. 2014</w:t>
      </w:r>
    </w:p>
    <w:p>
      <w:r>
        <w:t>Uznesenie Krajského súdu Bratislava z 30. januára 2014, sp. zn. 16Cbi/24/2004, ECLI:SK:KSBA:2014:1004112332.7</w:t>
      </w:r>
    </w:p>
    <w:p>
      <w:r>
        <w:t>Súd: Krajský súd Bratislava</w:t>
      </w:r>
    </w:p>
    <w:p>
      <w:r>
        <w:t>Spisová značka: 16Cbi/24/2004</w:t>
      </w:r>
    </w:p>
    <w:p>
      <w:r>
        <w:t>ECLI: ECLI:SK:KSBA:2014:1004112332.7</w:t>
      </w:r>
    </w:p>
    <w:p>
      <w:r>
        <w:t>Dátum vydania: 30.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16Cbi/24/2004 Identifikačné číslo súdneho spisu: 1004112332 Dátum vydania rozhodnutia: 31. 01. 2014 Meno a priezvisko sudcu, VSÚ: Mgr. Štefan Zelenák ECLI: ECLI:SK:KSBA:2014:1004112332.7 Uznesenie Krajský súd v Bratislave v právnej veci žalobcu: O.. P. W., U. E. X, T., proti žalovanému: JUDr. Anton Tichý, M. R. Štefánika 20, Pezinok, správca konkurznej podstaty úpadcu Stavebné bytové družstvo Viktoria, Miletičova 1, Bratislava, IČO: 31 397 425, o vylúčenie veci zo súpisu majetku konkurznej podstaty, takto r o z h o d o l : Súd konanie vedené na Krajskom súde v Bratislave pod sp. zn. 16Cbi/ 24/2004 p r e r u š u j e až do právoplatného skončenia konania vedeného na Okresnom súde Bratislava IV v Bratislave pod sp. zn. 5C/117/2007. o d ô v o d n e n i e : Žalobou doručenou tunajšiemu súdu dňa 5.4.2004 sa žalobkyňa domáhala vylúčenia nehnuteľnosti - nebytový priestor č. XX/X, R. C. na P. K.. Č.. XX, R. T. na O.. F. H. Z. R. XX,XXm2, na H.. Č.. XXXX/ XXX, C. J. XXX, H. J. S. G., na H.. Č.. XXXX/XXX, J.. Č.. XXXX, C. J. XXX, H. J. P. X, na H.. Č.. XXXX/ XXX, J. Č.. XXXX, C. J. XXX, H. J. P. XX, na H.. Č.. XXXX/XXX, J.. Č.. XXXX, C. J. XXX, H. J. P.F. XX, na H.. Č.. XXXX/XXX, J.. Č.. XXXX, C. J. XXX, H. J. E. X, podiel na spoločných častiach a spoločných zariadeniach domu XXXX/XXXXXX, k. ú. P. R., W. na P. Ú. R. T., J. P. T. O. na LV č. XXXX, zo súpisu majetku konkurznej podstaty žalovaného. Súd z obsahu spisu a oznámenia účastníkov konania zistil, že na Okresnom súde Bratislava IV sa pod sp. zn. 5C/117/2007 vedie konanie o určenie vlastníctva k predmetným nehnuteľnostiam. Podľa § 109 ods. 2, písm. c/ O.s.p., pokiaľ súd neurobí iné vhodné opatrenia, môže konanie prerušiť, ak prebieha konanie, v ktorom sa rieši otázka, ktorá môže mať význam pre rozhodnutie súdu, alebo ak súd dal na takéto konanie podnet. Vzhľadom na skutočnosť, že rozhodnutie o vlastníctve sporných nehnuteľností, teda predmete sporu v rámci vyššie uvedenej žaloby vedenej na Okresnom súde Bratislava IV pod sp. zn. 5C/117/2007, bude mať podstatný význam pre rozhodnutie o žalovanom nároku aj v konaní vedenom na Krajskom súde v Bratislave pod sp. zn. 16 Cbi/24/2004, je podľa názoru súdu potrebné toto konanie prerušiť, a to aj z dôvodu predchádzania prípadným protichodným rozhodnutiam. Na základe vyššie uvedeného súd rozhodol tak, ako je uvedené vo výroku tohto uznesenia. Poučenie: Proti tomuto uzneseniu je prípustné odvolanie v lehote 15 dní odo dňa jeho doručenia, ktoré možno podať na Najvyšší súd SR cestou tunajšieho súdu, písomne štvormo. Odvolanie má popri všeobecných náležitostiach (§ 42 ods. 3 O.s.p.) obsahovať, proti ktorému rozhodnutiu smeruje, v akom rozsahu sa napáda, v čom sa toto rozhodnutie alebo postup súdu považuje za nesprávny a čoho sa odvolateľ domáha (§ 205 ods. 1 O.s.p.).</w:t>
      </w:r>
    </w:p>
    <w:p/>
    <w:p>
      <w:r>
        <w:t>Zdroj: KAUZIS.SK – https://www.kauzis.sk/judikatura/r/ECLI:SK:KSBA:2014:1004112332.7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