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1K/89/2005 z 3. 11. 2014</w:t>
      </w:r>
    </w:p>
    <w:p>
      <w:r>
        <w:t>Uznesenie Krajského súdu Bratislava z 3. novembra 2014, sp. zn. 1K/89/2005, ECLI:SK:KSBA:2014:1005202234.4</w:t>
      </w:r>
    </w:p>
    <w:p>
      <w:r>
        <w:t>Súd: Krajský súd Bratislava</w:t>
      </w:r>
    </w:p>
    <w:p>
      <w:r>
        <w:t>Spisová značka: 1K/89/2005</w:t>
      </w:r>
    </w:p>
    <w:p>
      <w:r>
        <w:t>ECLI: ECLI:SK:KSBA:2014:1005202234.4</w:t>
      </w:r>
    </w:p>
    <w:p>
      <w:r>
        <w:t>Dátum vydania: 3. 11.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1K/89/2005 Identifikačné číslo súdneho spisu: 1005202234 Dátum vydania rozhodnutia: 04. 11. 2014 Meno a priezvisko sudcu, VSÚ: JUDr. Boris Tóth ECLI: ECLI:SK:KSBA:2014:1005202234.4 Uznesenie Krajský súd v Bratislave v konkurznej veci úpadcu: NICE-SHOES, s.r.o., M. R. Štefánika 954, 956 18 Bošany, IČO: 36 319 988 s ustanoveným správcom konkurznej podstaty: N.. S. M., Y.na XX, XXX XX H., o návrhu na zrušenie konkurzu takto r o z h o d o l : Súd z r u š u j e konkurz vyhlásený uznesením č.k: 1K/89/2005-235 zo dňa 20.04.2006 po splnení rozvrhového uznesenia. Súd z b a v u j e N.. S. M. funkcie správcu konkurznej podstaty. o d ô v o d n e n i e : Konkurz na úpadcu bol vyhlásený uznesením č.k. 1K/89/2005-235 zo dňa 20.04.2006, právoplatným 31.05.2006. Za správcu konkurznej podstaty bol ustanovený N.. S. M.Y.. Správca konkurznej podstaty podaním doručeným súdu 29.09.2014 podal správu o splnení rozvrhového uznesenia, čo preukázal fotokópiami dokladov o úhrade. Súčasne navrhol, aby súd rozhodol o zrušení konkurzu a zbavení funkcie správcu podľa § 44 ods. 1 písm. b/ a ods. 4 zákona č. 328/1991 o konkurze a vyrovnaní v znení neskorších predpisov. V zmysle § 44 ods.1 písm. b) zákona FZ ČaSFR č. 328/1991 Zb. o konkurze a vyrovnaní v znení neskorších predpisov súd zruší konkurz, v ktorom nedošlo k potvrdeniu núteného vyrovnania po splnení rozvrhového uznesenia. Podľa ods. 4 citovaného ustanovenia v uznesení o zrušení konkurzu zbaví súd správcu funkcie a rozhodne o jeho odmene a náhrade výdavkov, ak o nich ešte nerozhodol. V priebehu konkurzného konania bol speňažený majetok zaradený do konkurznej podstaty úpadcu, okrem majetku, ktorý bol vylúčený z konkurznej podstaty opatrením č.k. 1K/89/2005-445 zo dňa 07.08.2008 (hnuteľný majetok) a opatrením č.k. 1K/89/2005-536 zo dňa 30.10.2013 (pohľadávky). Správca konkurznej podstaty splnil rozvrhové uznesenie č.k. 1K/89/2005-554 zo dňa 21.7.2014, o čom predložil fotokópie dokladov. Súd preto v zmysle citovaných ustanovení zrušil konkurz a správcu zbavil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rozhodnutie, alebo postup súdu považuje za nesprávny a čoho sa odvolateľ domáha (§ 204 ods. 1 a § 205 os. 1 a 2 O.s.p. v nádväznosti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rozhodnutia, alebo exekúciu na majetok úpadcu (§45 ods. 2 ZKV).</w:t>
      </w:r>
    </w:p>
    <w:p/>
    <w:p>
      <w:r>
        <w:t>Zdroj: KAUZIS.SK – https://www.kauzis.sk/judikatura/r/ECLI:SK:KSBA:2014:1005202234.4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