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7Cbs/46/2005 z 24. 3. 2014</w:t>
      </w:r>
    </w:p>
    <w:p>
      <w:r>
        <w:t>Uznesenie Krajského súdu Bratislava z 24. marca 2014, sp. zn. 7Cbs/46/2005, ECLI:SK:KSBA:2014:1005899552.9</w:t>
      </w:r>
    </w:p>
    <w:p>
      <w:r>
        <w:t>Súd: Krajský súd Bratislava</w:t>
      </w:r>
    </w:p>
    <w:p>
      <w:r>
        <w:t>Spisová značka: 7Cbs/46/2005</w:t>
      </w:r>
    </w:p>
    <w:p>
      <w:r>
        <w:t>ECLI: ECLI:SK:KSBA:2014:1005899552.9</w:t>
      </w:r>
    </w:p>
    <w:p>
      <w:r>
        <w:t>Dátum vydania: 24. 3.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7Cbs/46/2005 Identifikačné číslo súdneho spisu: 1005899552 Dátum vydania rozhodnutia: 25. 03. 2014 Meno a priezvisko sudcu, VSÚ: JUDr. Jarmila Glončáková ECLI: ECLI:SK:KSBA:2014:1005899552.9 Uznesenie Krajský súd v Bratislave, v právnej veci žalobcu: RAGT Czech, s. r. o., IČO 271 13 698, Branišovice 1, Branišovice, zast. Ružička Csekes s. r. o., advokátska kancelária, Bratislava, proti žalovanému: Y.. A. Y. - X., Q. XXX/X, V., zast. JUDr. E. Šmelkom, advokátom o 86 642,83 Eur /2 610 202,- Sk/ s prísl., takto r o z h o d o l : Súd konanie zastavuje. Žiaden z účastníkov nemá právo na náhradu trov konania. o d ô v o d n e n i e : Žalobca, MONSANTO ČR, s. r. o., Brno, si žalobou došlou dňa 22. 12. 2003 uplatnil právo na vydanie bezdôvodného obohatenia, podľa ust. § 451 a nasl. Obč. zákonníka v sume 86 642,83 Eur /2 610 202,- Sk/ spolu s 13 % p. a. úrokom od 11. 11. 2003 do zaplatenia. Súd uznesením zo dňa 22. 11. 2005 pripustil, podľa ust. § 92 ods. 2 OSP, zmenu účastníka konania na strane žalobcu z obchodnej spoločnosti MONSANTO ČR ,s. r. o. na obchodnú spoločnosť RAGT Czech, s. r. o., Branišovice. Žalobca podaním zo dňa 21. 03. 2014 zobral žalobu v celom rozsahu späť. Dôvodom späťvzatia žaloby je, že došlo k uzatvoreniu Dohody o urovnaní, na základe ktorej sa sporové strany dohodli, že žalobca vezme žalobu späť, žalovaný s tým bude súhlasiť a žiadna zo strán si nebude uplatňovať nárok na náhradu trov právneho zastúpenia. Navrhli súdu, aby rozhodol o vrátení súdneho poplatku. Žalovaný, v tomto podaní žalobcu, potvrdil svojim podpisom, že súhlasí so späťvzatím žaloby. Súd v súlade s ust. § 96 ods. 1 OSP, konanie zastavil. Výrok o náhrade trov konania sa zakladá na ust. § 146 ods. 1 písm. c/ OSP. Žiaden z účastníkov nemá právo na náhradu trov konania, podľa jeho výsledku, keďže konanie bolo zastavené. Podľa ust. § 11 ods. 3 zákona č. 71/1992 Zb. v znení jeho zmien a doplnkov poplatok sa vráti, ak sa návrh /žaloba/ vzali späť pred prvým pojednávaním. V prejednávanej veci došlo k späťvzatiu žaloby po tom, ako súd vo veci rozhodol rozsudkom zo dňa 07. 03. 2012, ktorý bol napadnutý odvolaním. Vzhľadom k tomu nie je možné rozhodnúť o vrátení zaplateného súdneho poplatku v zmysle ust. § 11 ods. 3 zákona o súdnych poplatkoch. Rozhodnutie bolo prijaté v pomere 3:0. Poučenie: Proti tomuto uzneseniu je možné podať odvolanie do 15 dní odo dňa doručenia uznesenia na Krajskom súde v Bratislave. V odvolaní sa má popri všeobecných náležitostiach /§ 42 ods. 3 OSP/ uviesť, v čom sa toto rozhodnutie, alebo postup súdu považuje za nesprávny a čoho sa odvolateľ domáha. Odvolanie je potrebné odôvodniť podľa ust. § 205 ods. 2 OSP.</w:t>
      </w:r>
    </w:p>
    <w:p/>
    <w:p>
      <w:r>
        <w:t>Zdroj: KAUZIS.SK – https://www.kauzis.sk/judikatura/r/ECLI:SK:KSBA:2014:1005899552.9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