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3Sp/2/2006 z 3. 7. 2014</w:t>
      </w:r>
    </w:p>
    <w:p>
      <w:r>
        <w:t>Opravné uznesenie Krajského súdu Bratislava z 3. júla 2014, sp. zn. 3Sp/2/2006, ECLI:SK:KSBA:2014:1006200029.12</w:t>
      </w:r>
    </w:p>
    <w:p>
      <w:r>
        <w:t>Súd: Krajský súd Bratislava</w:t>
      </w:r>
    </w:p>
    <w:p>
      <w:r>
        <w:t>Spisová značka: 3Sp/2/2006</w:t>
      </w:r>
    </w:p>
    <w:p>
      <w:r>
        <w:t>ECLI: ECLI:SK:KSBA:2014:1006200029.12</w:t>
      </w:r>
    </w:p>
    <w:p>
      <w:r>
        <w:t>Dátum vydania: 3. 7.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3Sp/2/2006 Identifikačné číslo súdneho spisu: 1006200029 Dátum vydania rozhodnutia: 04. 07. 2014 Meno a priezvisko sudcu, VSÚ: JUDr. Anna Peťovská PhD. ECLI: ECLI:SK:KSBA:2014:1006200029.12 Opravné uznesenie Krajský súd v Bratislave v konaní pred samosudkyňou JUDr. Annou Peťovskou, PhD., v právnej veci navrhovateľov: X/ P. O., V. F.E. XX, V. - L., X/ V. U., V. L. XX, V., X/ P. O., V. Z. X, V. - L., X. K. L.. L. U., V. L. XX, V., X/ M. O., V. L. XX, V., X/ C.. E. O., V. L. XX, V., X/ G. O., V. L. XX, V., proti odporcovi: Okresný úrad Bratislava, pozemkový a lesný odbor, Trenčianska 55, Bratislava, za účasti X/ F. P. I., Z.C. XX, V., o preskúmanie zákonnosti rozhodnutia odporcu zo dňa 10. novembra 2005, č.j.: 338-1/2004/D a o oprave záhlavia rozsudku č.k. 3Sp 2/2006 - 133 zo dňa 23.4.2013, takto r o z h o d o l : I. Záhlavie rozsudku č.k. 3Sp 2/2006 - 133 zo dňa 23.4.2013 správne znie: Krajský súd v Bratislave v konaní pred samosudkyňou JUDr. Annou Peťovskou, PhD., v právnej veci navrhovateľov: X/ P. O., V. F. XX, V. - L., X/ V. U., V. L. XX, V., X/ P. O., V. Z. X, V. - L., X. K. L.. L. U., V. L. XX, V., X/ M. O., V. L. XX, V., X/ C.. E. O., V. L. XX, V., X/ G. O., V. L. XX, V., proti odporcovi: Okresný úrad Bratislava, pozemkový a lesný odbor, Trenčianska 55, Bratislava, za účasti 1/ Slovenský pozemkový fond, Trenčianska 55, Bratislava, o preskúmanie zákonnosti rozhodnutia odporcu zo dňa 10. novembra 2005, č.j.: 338-1/2004/D, takto II. Odôvodnenie rozsudku č.k. 3Sp 2/2006 - 133 zo dňa 23.4.2013 na strane 1-2, prvý odsek znie: Včas podaným opravným prostriedkom navrhovatelia - pôvodne G. O. ako navrhovateľ v 1. rade (zomrelý v priebehu preskúmavacieho konania dňa 7.6.2012) a I. O. ako navrhovateľ v 2. rade (zomrelý v priebehu preskúmavacieho konania dňa 4.5.2006), keď navrhovatelia v 1-3. rade sú dedičia po I. O. (uznesenie Okresného súdu Bratislava V č.k. XD/XXX/XXXX - XX, Dnot. XX/XX zo dňa 4.8.2006) a navrhovatelia v 4-6. rade sú dedičia po G. O. (osvedčenie o dedičstve XD/XXX/XXXX - XX, Y.. XX/ XXXX zo dňa 4.12.2013) sa domáhali postupom podľa tretej hlavy piatej časti O.s.p. preskúmania zákonnosti rozhodnutia odporcu zo dňa 10.11.2005, č.j.: 338-1/2004/D, ktorým odporca o reštitučnom nároku uplatnenom žiadateľmi G. O. R. I. O. dňa 25.2.2004 rozhodol tak, že títo nespĺňajú podmienky uvedené v § 2 ods. 1 a v § 3 zákona č. 503/2003 Z.z., a preto sa im nepriznáva vlastnícke právo k pozemku parc.č. XXXX/XX vedenom v PK vl.č. XXX, orná pôda o výmere XXXX m2, v KN ako parc.č. - časť XXX/XX, nachádzajúcom sa v kat.úz. V. - L.. III. Odôvodnenie rozsudku č.k. 3Sp 2/2006 - 133 zo dňa 23.4.2013 na strane 9 tretí a štvrtý riadok znie: „.......žiadateľ G. O. a dedičia po zomrelom I. O. ako navrhovatelia v 1-3. rade si počas preskúmavacieho konania.......“ o d ô v o d n e n i e : Dňa 23.4.2013 Krajský súd v Bratislave (ďalej len „súd“) vyhlásil rozsudok č.k. 3Sp 2/2006 - 133, ktorým napadnuté rozhodnutie odporcu č.j.: XXX-X/XXXX/D zo dňa 10.11.2005 potvrdil a zároveň nepriznal navrhovateľom náhradu trov konania. V rámci odvolacieho konania bolo súdu oznámené, že pôvodný navrhovateľ Ladislav Novák dňa 7.6.2012 zomrel. Na tomto základe bolo potrebné vydať toto opravné uznesenie a po doručení týmto vec znovu predložiť odvolaciemu súdu až po uplynutí odvolacej lehoty. Podľa Osvedčenia o dedičstve XD/XXX/XXXX - XX, Y.. XX/XXXX zo dňa 4.12.2013 /právoplatné dňa 19.12.2013/ sú dedičmi po G. O. manželka M. O. a synovia C.. E. O. R. G. O. U..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s poukazom na ust. § 164 O.s.p. preto rozhodol tak, ako je uvedené vo výrokovej časti tohto uznesenia.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O.s.p.). Odvolacia lehota v prípade opravovaného rozsudku plynie znovu od doručenia opravného uznesenia len v rozsahu vykonanej opravy (§ 204 ods. 1 O.s.p.).</w:t>
      </w:r>
    </w:p>
    <w:p/>
    <w:p>
      <w:r>
        <w:t>Zdroj: KAUZIS.SK – https://www.kauzis.sk/judikatura/r/ECLI:SK:KSBA:2014:1006200029.12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