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2S/228/2010 z 1. 7. 2014</w:t>
      </w:r>
    </w:p>
    <w:p>
      <w:r>
        <w:t>Uznesenie Krajského súdu Bratislava z 1. júla 2014, sp. zn. 2S/228/2010, ECLI:SK:KSBA:2014:1010201040.2</w:t>
      </w:r>
    </w:p>
    <w:p>
      <w:r>
        <w:t>Súd: Krajský súd Bratislava</w:t>
      </w:r>
    </w:p>
    <w:p>
      <w:r>
        <w:t>Spisová značka: 2S/228/2010</w:t>
      </w:r>
    </w:p>
    <w:p>
      <w:r>
        <w:t>ECLI: ECLI:SK:KSBA:2014:1010201040.2</w:t>
      </w:r>
    </w:p>
    <w:p>
      <w:r>
        <w:t>Dátum vydania: 1. 7. 2014</w:t>
      </w:r>
    </w:p>
    <w:p>
      <w:r>
        <w:t>Forma: Uznesenie</w:t>
      </w:r>
    </w:p>
    <w:p>
      <w:pPr>
        <w:pStyle w:val="Heading2"/>
      </w:pPr>
      <w:r>
        <w:t>Text rozhodnutia</w:t>
      </w:r>
    </w:p>
    <w:p>
      <w:r>
        <w:t>Súd: Krajský súd Bratislava Spisová značka: 2S/228/2010 Identifikačné číslo súdneho spisu: 1010201040 Dátum vydania rozhodnutia: 02. 07. 2014 Meno a priezvisko sudcu, VSÚ: JUDr. Marián Trenčan ECLI: ECLI:SK:KSBA:2014:1010201040.2 Uznesenie Krajský súd v Bratislave v právnej veci navrhovateľa: KONIAREŇ, s.r.o., IČO: 35 877 928, Holčekova 65, Budmerice, zastúpený: JUDr. Denisa Jánošíková, advokátka, Klincova 35, Bratislava, proti odporcovi: Obec Častá, Štúrova 59, Modra, za účasti: ATYP - PLAST, s.r.o., IČO: 35 925 973, Nová 545/53A, Častá, zastúpený: JUDr. Jozef Holič, advokát, Lužická 7, Bratislava a Občianske združenie Bona Voluntas, Holčekova 35, Budmerice, v konaní o opravnom prostriedku navrhovateľa proti rozhodnutiu odporcu č. 380/2009 zo dňa 21.07.2009, jednohlasne, takto r o z h o d o l : Krajský súd v Bratislave konanie z a s t a v u j e . Žiaden z účastníkov nemá právo na náhradu trov konania. o d ô v o d n e n i e : Návrhom doručeným Krajskému súdu v Bratislave dňa 21.05.2010 sa navrhovateľ domáhal preskúmania zákonnosti rozhodnutia odporcu č. 380/2009 zo dňa 21.07.2009 na základe opravného prostriedku. Odporca na zabezpečenie predbežnej právnej ochrany, týkajúcej sa narušovania dobrých susedských vzťahov navrhovateľom prechodom koní cez pozemok a vykonávanie podnikateľskej činnosti navrhovateľom na pozemku A. pre katastrálne územie Častá, v dôsledku čoho došlo k obmedzeniu vlastníckych práv spoločnosti ATYP - PLAST, s.r.o. vydal predbežné opatrenie č. 380/2009 zo dňa 21.07.2009, ktorým navrhovateľovi a Občianskemu združeniu Bona Voluntas zakázal vykonávať podnikateľskú činnosť na pozemku parc. č. XXXX/XX (v k.ú. Častá), ktorý je vo výlučnom vlastníctve spoločnosti ATYP - PLAST, s.r.o., prechod koní cez pozemok parc. č. XXXX/XX a vykonávať úkony, ktoré spoločnosti ATYP - PLAST, s.r.o. znemožnia, prípadne obmedzia možnosť nerušeného užívania pozemku parc. č. XXXX/XX. Podaním doručeným Krajskému súdu v Bratislave dňa 29.04.2014 vzala spoločnosť ATYP - PLAST, s.r.o. návrh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spoločnosť ATYP - PLAST, s.r.o. vzala späť návrh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https://www.kauzis.sk/judikatura/r/ECLI:SK:KSBA:2014:1010201040.2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