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5Sd/54/2011 z 29. 1. 2014</w:t>
      </w:r>
    </w:p>
    <w:p>
      <w:r>
        <w:t>Uznesenie Krajského súdu Bratislava z 29. januára 2014, sp. zn. 5Sd/54/2011, ECLI:SK:KSBA:2014:1011200474.4</w:t>
      </w:r>
    </w:p>
    <w:p>
      <w:r>
        <w:t>Súd: Krajský súd Bratislava</w:t>
      </w:r>
    </w:p>
    <w:p>
      <w:r>
        <w:t>Spisová značka: 5Sd/54/2011</w:t>
      </w:r>
    </w:p>
    <w:p>
      <w:r>
        <w:t>ECLI: ECLI:SK:KSBA:2014:1011200474.4</w:t>
      </w:r>
    </w:p>
    <w:p>
      <w:r>
        <w:t>Dátum vydania: 29. 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5Sd/54/2011 Identifikačné číslo súdneho spisu: 1011200474 Dátum vydania rozhodnutia: 30. 01. 2014 Meno a priezvisko sudcu, VSÚ: JUDr. Renáta Janáková ECLI: ECLI:SK:KSBA:2014:1011200474.4 Uznesenie Krajský súd v Bratislave v právnej veci navrhovateľa: L. H., Na Z. XX, XXX XX K., zastúpený advokátom: JUDr. Karol Haťapka, Námestie SNP 22, Bratislava, proti odporkyni: Sociálna poisťovňa - ústredie, so sídlom: Ul. 29. augusta 8, Bratislava, o invalidný dôchodok, takto r o z h o d o l : Súd konanie z a s t a v u j e . Žiaden z účastníkov konania nemá nárok na náhradu trov konania. o d ô v o d n e n i e : Navrhovateľ svojim návrhom zo dňa 17.3.2011 žiadal preskúmať rozhodnutie odporkyne č. XXX XXX XXXX zo dňa 11.2.2011, ktorým odporkyňa podľa ust. § 70 ods. 1, § 274 a § 82 ods. 2 a 4 zákona č. 461/2003 Z. z. o sociálnom poistení v znení neskorších predpisov priznala navrhovateľovi od 13.2.2011 invalidný dôchodok v sume 295,50 Eur mesačne. Navrhovateľ žiadal o preskúmanie napadnutého rozhodnutia z dôvodu nesprávneho určenia miery poklesu schopnosti vykonávať zárobkovú činnosť, ktorá je 45%. Podľa navrhovateľa posudkový lekár nesprávne posúdil jeho zdravotný stav a nevzal do úvahy všetky faktory ovplyvňujúce navrhovateľov zdravotný stav. Dňa 30.9.2013 bolo tunajšiemu súdu doručené navrhovateľove podanie, v ktorom uviedol, že svoj návrh zo dňa 17.3.2011 berie v celom rozsahu späť. Ako dôvod späťvzatia uviedol, že dňa 19.7.2012 mal dopravnú nehodu, utrpel ťažké zranenia z ktorých sa lieči, a preto jeho zdravotný stav pred dopravnou nehodou nie je možné posúdiť. Súd podľa § 250d ods. 3 v spojení s § 250h ods. 2 a § 250l O.s.p. konanie zastavil. O trovách konania súd rozhodol podľa § 246c a § 146 ods. 1 písm. c) Os.p. Poučenie: Proti tomuto uzneseniu je možné podať odvolanie na Najvyšší súd Slovenskej republiky cestou Krajského súdu v Bratislave v lehote 15 dní od jeho doručenia, písomne, dvojmo</w:t>
      </w:r>
    </w:p>
    <w:p/>
    <w:p>
      <w:r>
        <w:t>Zdroj: KAUZIS.SK – https://www.kauzis.sk/judikatura/r/ECLI:SK:KSBA:2014:1011200474.4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