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8Sd/104/2011 z 6. 1. 2014</w:t>
      </w:r>
    </w:p>
    <w:p>
      <w:r>
        <w:t>Uznesenie Krajského súdu Bratislava z 6. januára 2014, sp. zn. 8Sd/104/2011, ECLI:SK:KSBA:2014:1011200845.2</w:t>
      </w:r>
    </w:p>
    <w:p>
      <w:r>
        <w:t>Súd: Krajský súd Bratislava</w:t>
      </w:r>
    </w:p>
    <w:p>
      <w:r>
        <w:t>Spisová značka: 8Sd/104/2011</w:t>
      </w:r>
    </w:p>
    <w:p>
      <w:r>
        <w:t>ECLI: ECLI:SK:KSBA:2014:1011200845.2</w:t>
      </w:r>
    </w:p>
    <w:p>
      <w:r>
        <w:t>Dátum vydania: 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8Sd/104/2011 Identifikačné číslo súdneho spisu: 1011200845 Dátum vydania rozhodnutia: 07. 01. 2014 Meno a priezvisko sudcu, VSÚ: JUDr. Peter Pospech ECLI: ECLI:SK:KSBA:2014:1011200845.2 Uznesenie Krajský súd v Bratislave pred samosudcom JUDr. Petrom Pospechom, v právnej veci navrhovateľa: N. D., M.. XX.XX.XXXX, Q. U. M.P. XX, XXX XX Q.,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08.02.2011 žiadal preskúmať rozhodnutie odporkyne číslo XXX XXX XXXX X zo dňa 22.12.2010, ktorým odporkyňa zamietla žiadosť navrhovateľa o invalidný dôchodok. Na pojednávaní dňa 07.01.2014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https://www.kauzis.sk/judikatura/r/ECLI:SK:KSBA:2014:1011200845.2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