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8Scud/34/2011 z 10. 2. 2014</w:t>
      </w:r>
    </w:p>
    <w:p>
      <w:r>
        <w:t>Uznesenie Krajského súdu Bratislava z 10. februára 2014, sp. zn. 8Scud/34/2011, ECLI:SK:KSBA:2014:1011201048.7</w:t>
      </w:r>
    </w:p>
    <w:p>
      <w:r>
        <w:t>Súd: Krajský súd Bratislava</w:t>
      </w:r>
    </w:p>
    <w:p>
      <w:r>
        <w:t>Spisová značka: 8Scud/34/2011</w:t>
      </w:r>
    </w:p>
    <w:p>
      <w:r>
        <w:t>ECLI: ECLI:SK:KSBA:2014:1011201048.7</w:t>
      </w:r>
    </w:p>
    <w:p>
      <w:r>
        <w:t>Dátum vydania: 10.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8Scud/34/2011 Identifikačné číslo súdneho spisu: 1011201048 Dátum vydania rozhodnutia: 11. 02. 2014 Meno a priezvisko sudcu, VSÚ: JUDr. Peter Pospech ECLI: ECLI:SK:KSBA:2014:1011201048.7 Uznesenie Krajský súd v Bratislave v právnej veci navrhovateľa: Q. F., O. XXX XX V. T. K. X. XXX, Č. Y., zast. Vladimírom Polákom, bytom Garbiarska 50/51, 926 01 Sereď,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11.4.2011 žiadal preskúmať rozhodnutie odporkyne číslo XXX XXX XXXX X zo dňa 21.3.2011, ktorým odporkyňa zamietla žiadosť navrhovateľovi na priznanie invalidného dôchodku. Dňa 11.2.2014 po vysvetlení predmetu sporu na pojednávaní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https://www.kauzis.sk/judikatura/r/ECLI:SK:KSBA:2014:1011201048.7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