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3Sp/39/2011 z 3. 9. 2014</w:t>
      </w:r>
    </w:p>
    <w:p>
      <w:r>
        <w:t>Opravné uznesenie Krajského súdu Bratislava z 3. septembra 2014, sp. zn. 3Sp/39/2011, ECLI:SK:KSBA:2014:1011201429.5</w:t>
      </w:r>
    </w:p>
    <w:p>
      <w:r>
        <w:t>Súd: Krajský súd Bratislava</w:t>
      </w:r>
    </w:p>
    <w:p>
      <w:r>
        <w:t>Spisová značka: 3Sp/39/2011</w:t>
      </w:r>
    </w:p>
    <w:p>
      <w:r>
        <w:t>ECLI: ECLI:SK:KSBA:2014:1011201429.5</w:t>
      </w:r>
    </w:p>
    <w:p>
      <w:r>
        <w:t>Dátum vydania: 3. 9. 2014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3Sp/39/2011 Identifikačné číslo súdneho spisu: 1011201429 Dátum vydania rozhodnutia: 04. 09. 2014 Meno a priezvisko sudcu, VSÚ: JUDr. Anna Peťovská PhD. ECLI: ECLI:SK:KSBA:2014:1011201429.5 Opravné uznesenie Krajský súd v Bratislave v právnej veci navrhovateľov: X/ Z. K., C. P. XX, C., X/ B. K., C. P. XX, C., obaja zastúpení JUDr. Zoltánom Ludikom, advokátom, Advokátska kancelária Detvai Ludik Malý Udvaros, so sídlom Cukrová 14, Bratislava, proti odporkyni: Mestská časť Bratislava - Devínska Nová Ves, Novoveská 17/A, Bratislava, zast. advokátom JUDr. Petrom Šrobárom, so sídlom AK Laurinská 12, Bratislava, za účasti: X/ U. D., C. P. XX, C., X/ A. D., C. P. XX, C., X/ B. C., C. Z. XX, C., X/ X. C., C. Z. XX, C., zastúpená JUDr. Dominikou Horváthovou, advokátkou, so sídlom Jašíkova 2, Bratislava, o preskúmanie zákonnosti rozhodnutia odporkyne zo dňa 30.6.2011, č. 25/2011 vo veci č.k. 7230/08, a o oprave rozsudku č.k. 3Sp 39/2011 - 221 zo dňa 3.6.2014, takto r o z h o d o l : I. Súd opravuje druhý výrok rozsudku č.k. 3Sp/39/2011 - 221 zo dňa 3.6.2014 tak, že tento správne znie: Odporkyňa je povinná zaplatiť navrhovateľom v 1. a 2. rade spoločne a nerozdielne trovy právneho zastúpenia vo výške XXX,XX eur na účet právneho zástupcu navrhovateľov A.. T. F. N. N. K. K., B..K.., Č..Ú..: XXXXXXXXXX/XXXX, do troch dní od právoplatnosti rozsudku. II. Súd zároveň odkladá vykonateľnosť rozsudku č.k. 3Sp/39/2011 - 221 zo dňa 3.6.2014 v časti náhrady trov právneho zastúpenia na čas, kým toto opravné uznesenie nadobudne právoplatnosť. o d ô v o d n e n i e : Dňa 3.6.2014 Krajský súd v Bratislave (ďalej len „súd“) vyhlásil rozsudok č.k. 3Sp/39/2011-221, ktorým súd napadnuté rozhodnutie odporkyne zo dňa 30.6.2011, č. 25/2011 vo veci č. 7230/08 zrušil a zároveň priznal navrhovateľom náhradu trov konania. Navrhovateľ 1. rade ako aj odporkyňa požiadali súd o vydanie opravného uznesenia, a to z dôvodu, že výrok, ktorým súd zaviazal odporkyňu zaplatiť navrhovateľom trovy právneho zastúpenia, neobsahoval údaj o výške týchto trov konania. Trovy právneho zastúpenia boli pritom riadne vyčíslené v odôvodnení predmetného rozsudku a predstavovali sumu XXX,XX eur (súd teda rozhodol o trovách konania). Podľa § 164 O.s.p., súd kedykoľvek aj bez návrhu opraví v rozsudku chyby v písaní a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Súd s poukazom na ust. § 164 O.s.p. rozhodol tak, ako je uvedené vo výrokovej časti tohto uznesenia. Až nadobudnutím právoplatnosti tohto opravného uznesenia bude rozsudok č.k. 3Sp/39/2011-221 zo dňa 3.6.2014 (v časti náhrady trov právneho zastúpenia) spĺňať všetky materiálne predpoklady vykonateľnosti. Z uvedeného dôvodu súd pristúpil i k odklade vykonateľnosti predmetného rozsudku na čas, kým toto opravné uznesenie nadobudne právoplatnosť. Poučenie: Proti tomuto uzneseniu možno podať odvolanie v lehote 15 dní odo dňa jeho doručenia na Najvyšší súd Slovenskej republiky prostredníctvom Krajského súdu v Bratislave, písomne, vo dvoch vyhotoveniach. V odvolaní sa má popri všeobecných náležitostiach (z odvolania musí byť zjavné, ktorému súdu je určené, kto ho robí, ktorej veci sa týka a čo sleduje, a musí byť podpísané a datované; odvolanie treba predložiť s potrebným počtom rovnopisov a s prílohami tak, aby jeden rovnopis zostal na súde a aby každý účastník dostal jeden rovnopis, ak je to potrebné; ak účastník nepredloží potrebný počet rovnopisov a príloh, súd vyhotoví kópie na jeho trovy) uviesť, proti ktorému rozhodnutiu smeruje, v akom rozsahu sa napáda, v čom sa toto rozhodnutie alebo postup súdu považuje za nesprávny a čoho sa odvolateľ domáha. (§ 205 ods. 1 O.s.p). Odvolacia lehota v prípade opravovaného rozsudku plynie znovu od doručenia opravného uznesenia len v rozsahu vykonanej opravy (§ 204 ods. 1 O.s.p.)</w:t>
      </w:r>
    </w:p>
    <w:p/>
    <w:p>
      <w:r>
        <w:t>Zdroj: KAUZIS.SK – https://www.kauzis.sk/judikatura/r/ECLI:SK:KSBA:2014:1011201429.5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