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8Sd/161/2011 z 20. 1. 2014</w:t>
      </w:r>
    </w:p>
    <w:p>
      <w:r>
        <w:t>Uznesenie Krajského súdu Bratislava z 20. januára 2014, sp. zn. 8Sd/161/2011, ECLI:SK:KSBA:2014:1011201477.3</w:t>
      </w:r>
    </w:p>
    <w:p>
      <w:r>
        <w:t>Súd: Krajský súd Bratislava</w:t>
      </w:r>
    </w:p>
    <w:p>
      <w:r>
        <w:t>Spisová značka: 8Sd/161/2011</w:t>
      </w:r>
    </w:p>
    <w:p>
      <w:r>
        <w:t>ECLI: ECLI:SK:KSBA:2014:1011201477.3</w:t>
      </w:r>
    </w:p>
    <w:p>
      <w:r>
        <w:t>Dátum vydania: 20.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8Sd/161/2011 Identifikačné číslo súdneho spisu: 1011201477 Dátum vydania rozhodnutia: 21. 01. 2014 Meno a priezvisko sudcu, VSÚ: JUDr. Peter Pospech ECLI: ECLI:SK:KSBA:2014:1011201477.3 Uznesenie Krajský súd v Bratislave pred samosudcom JUDr. Petrom Pospechom, v právnej veci navrhovateľa: H.. N. Y., Q.. XX.X.XXXX, U. B. X, XXX XX U., zastúpený JUDr. Milanom Koedom, advokátom so sídlom Námestie Martina Benku 6, 811 07 Bratislava, proti odporcovi: Sociálna poisťovňa - ústredie, Ul. 29. augusta č. 8, 813 63 Bratislava, o výšenie starobného dôchodku, takto r o z h o d o l : Súd konanie z a s t a v u j e . Odporkyňa je povinná zaplatiť navrhovateľovi trovy konania vo výške XXX,XX,- Eur na účet jeho právneho zástupcu do troch dní od právoplatnosti tohto uznesenia. o d ô v o d n e n i e : Navrhovateľ svojím návrhom zo dňa 31.8.2011 žiadal zrušiť rozhodnutie odporkyne číslo XXX XXX XXXX X zo dňa 3.8.2011, ktorým odporkyňa zamietla žiadosť navrhovateľa o zvýšenie starobného dôchodku. Odporkyňa v písomnom vyjadrení zo dňa 21.10.2013 uviedla, že novým rozhodnutím bolo vyhovené žiadosti navrhovateľa zo dňa 17.4.2011 a predčasný starobný dôchodok mu bol zvýšený od 1.1.2010, čím bolo opravnému prostriedku navrhovateľa vyhovené v celom rozsahu. Navrhovateľ písomným podaním zo dňa 6.12.2013 žiadal konanie zastaviť a zaviazať odporkyňu uhradiť mu trovy právneho zastúpenia vo výške XXX,XX,- Eur. Odporkyňa nemala námietky k zastaveniu konania. Súd podľa § 250d ods. 3 v spojení s § 250h ods. 2 a § 250l ods. 2 O.s.p. konanie zastavil. O trovách konania súd rozhodol podľa § 246c ods. 1 v spojení s § 250k ods. 1 a § 146 ods. 2 druhá veta O.s.p., keďže odporkyňa procesne zavinila zastavenie konania. Navrhovateľovi vznikli trovy právneho zastúpenia pozostávajúce z odmeny za 1 úkon právnej služby vo výške 120,23,- Eur podľa § 11 ods. 4 prvej vety vyhlášky MS SR č. 655/2004 Z.z. o odmenách a náhradách advokátov za poskytovanie právnych služieb (ďalej len „vyhláška“), paušálna náhrada 7,81,- Eur podľa § 16 ods. 3 vyhlášky za účasť na pojednávaní dňa 2.7.2013, odmena za 1 úkon právnej služby vo výške jednej polovice základnej sadzby, t.j. 60,12,- Eur za podanie zo dňa 6.12.2013 - súhlas so zastavením konania podľa § 13a ods. 2 a ods. 5 vyhlášky + paušálna náhrada 7,81,- Eur podľa § 16 ods. 3 vyhlášky, spolu vo výške XXX,XX,- Eur.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https://www.kauzis.sk/judikatura/r/ECLI:SK:KSBA:2014:1011201477.3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