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3S/179/2011 z 3. 11. 2014</w:t>
      </w:r>
    </w:p>
    <w:p>
      <w:r>
        <w:t>Uznesenie Krajského súdu Bratislava z 3. novembra 2014, sp. zn. 3S/179/2011, ECLI:SK:KSBA:2014:1011201551.2</w:t>
      </w:r>
    </w:p>
    <w:p>
      <w:r>
        <w:t>Súd: Krajský súd Bratislava</w:t>
      </w:r>
    </w:p>
    <w:p>
      <w:r>
        <w:t>Spisová značka: 3S/179/2011</w:t>
      </w:r>
    </w:p>
    <w:p>
      <w:r>
        <w:t>ECLI: ECLI:SK:KSBA:2014:1011201551.2</w:t>
      </w:r>
    </w:p>
    <w:p>
      <w:r>
        <w:t>Dátum vydania: 3.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3S/179/2011 Identifikačné číslo súdneho spisu: 1011201551 Dátum vydania rozhodnutia: 04. 11. 2014 Meno a priezvisko sudcu, VSÚ: JUDr. Viera Šebestová ECLI: ECLI:SK:KSBA:2014:1011201551.2 Uznesenie Krajský súd v Bratislave v právnej veci žalobcu: APPRIORI, s.r.o., Areál hospodárskeho dvora Boldog, IČO: 35 836 351, zastúpený advokátom JUDr. Bohumírom Blahom, Hurbanovo nám. 5, 811 03 Bratislava, proti žalovanému: Finančné riaditeľstvo Slovenskej republiky, Lazovná 63, 974 01 Banská Bystrica, o preskúmanie zákonnosti rozhodnutia žalovaného č. I/222/4019-72505/2011/993415-r zo dňa 11.07.2011, takto r o z h o d o l : Súd konanie z a s t a v u j e. Žiaden z účastníkov nemá právo na náhradu trov konania. o d ô v o d n e n i e : Žalobca sa žalobou doručenou súdu dňa 20.09.2011 domáhal zrušenia rozhodnutia žalovaného č. I/222/4019-72505/2011/993415-r zo dňa 11.07.2011 a dodatočného platobného výmeru Daňového úradu Senec č. 609/230/58756/10/HAT zo dňa 28.12.2011, ktorým bol žalobcovi vyrubený podľa § 44 ods. 6 písm. b/ bod 1 zákona č. 511/1992 Zb. rozdiel dane z pridanej hodnoty za zdaňovacie obdobie október 2005 v sume 536.076,01 eur a vrátenia veci žalovanému na ďalšie konanie. Podľa ust. § 5 ods. 1 písm. a) zák. č. 71/1992 Zb. o súdnych poplatkoch, poplatková povinnosť vzniká podaním návrhu, odvolania a dovolania alebo žiadosti na vykonanie poplatkového úkonu, ak je poplatníkom navrhovateľ, odvolateľ a dovolateľ. Podľa § 8 ods. 1 zák. č. 71/1992 Zb., poplatok za podanie návrhu alebo žiadosti, poplatok za uplatnenie námietky zaujatosti v konkurznom konaní alebo reštrukturalizačnom konaní podľa osobitného predpisu a poplatok za konanie, je splatný vznikom poplatkovej povinnosti. Podľa § 10 ods. 1 zák. č. 71/1992 Zb.,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zák. č. 71/1992 Zb., súd zruší uznesenie o zastavení konania pre nezaplatenie súdneho poplatku, ak poplatník zaplatí súdny poplatok do konca lehoty na podanie odvolania. Žalobca bol vyzvaný výzvou zo dňa 25.07.2013, aby v lehote do 10 dní od doručenia výzvy zaplatil súdny poplatok za žalobu vo výške 66,- Eur. Výzva bola doručená právnemu zástupcovi žalobcu dňa 31.07.2013 s tým, že bol v nej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Toto rozhodnutie senát Krajského súdu v Bratislave prijal pomerom hlasov 3 : 0 (§ 3 ods. 9 zákona č. 757/2004 Z.z. v znení zákona č. 33/2011 Z.z.).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https://www.kauzis.sk/judikatura/r/ECLI:SK:KSBA:2014:1011201551.2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