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5Scud/43/2011 z 25. 5. 2014</w:t>
      </w:r>
    </w:p>
    <w:p>
      <w:r>
        <w:t>Uznesenie Krajského súdu Bratislava z 25. mája 2014, sp. zn. 5Scud/43/2011, ECLI:SK:KSBA:2014:1011201800.1</w:t>
      </w:r>
    </w:p>
    <w:p>
      <w:r>
        <w:t>Súd: Krajský súd Bratislava</w:t>
      </w:r>
    </w:p>
    <w:p>
      <w:r>
        <w:t>Spisová značka: 5Scud/43/2011</w:t>
      </w:r>
    </w:p>
    <w:p>
      <w:r>
        <w:t>ECLI: ECLI:SK:KSBA:2014:1011201800.1</w:t>
      </w:r>
    </w:p>
    <w:p>
      <w:r>
        <w:t>Dátum vydania: 25.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5Scud/43/2011 Identifikačné číslo súdneho spisu: 1011201800 Dátum vydania rozhodnutia: 26. 05. 2014 Meno a priezvisko sudcu, VSÚ: JUDr. Milota Tóthová ECLI: ECLI:SK:KSBA:2014:1011201800.1 Uznesenie Krajský súd v Bratislave v právnej veci navrhovateľky F.. L. H., bytom E. XXX, Š., Č. V., proti odporkyni Sociálnej poisťovni ústredie, Ul. 29. augusta č. 8, Bratislava, o starobný dôchodok, takto r o z h o d o l : Súd konanie z a s t a v u j e . Žiaden z účastníkov nemá právo na náhradu trov konania. o d ô v o d n e n i e : Navrhovateľka svojím návrhom zo dňa 29.5.2011 žiadala preskúmať rozhodnutie odporkyne číslo XXX XXX XXXX zo dňa 4.5.2011, ktorým odporkyňa priznala starobný dôchodok od 1. januára 2010 v sume 210,00 eur mesačne. Návrhom zo dňa 4.9.2011 navrhovateľka žiadala preskúmať zmenové rozhodnutie odporkyne číslo XXX XXX XXXX X zo dňa 3.8.2011, ktorým odporkyňa od 1. januára 2010 priznala navrhovateľke starobný dôchodok v sume 219,20 eur mesačne. Návrhom zo dňa 27.3.2013 navrhovateľka žiadala preskúmať zmenové rozhodnutie odporkyne číslo XXX XXX XXXX X zo dňa 8.3.2013, ktorým odporkyňa od 1. januára 2010 priznala starobný dôchodok v sume 239,30 eur mesačne. Napriek tomu, že navrhovateľka vo svojom vyjadrení zo dňa 10.2.2014 doslovne neuviedla, že berie svoje návrhy na preskúmanie rozhodnutí odporkyne späť, je nepochybné, že smerovalo k tomu, aby súd o jej návrhoch na preskúmanie rozhodnutí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návrhov v celom rozsahu, bolo konanie zastavené. Odporkyňa nemala námietky proti späťvzatiu návrhu. Súd podľa § 250d ods. 3 v spojení s § 250h ods. 2 a § 250l ods. 2 O.s.p. konanie zastavil.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https://www.kauzis.sk/judikatura/r/ECLI:SK:KSBA:2014:1011201800.1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