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5Scud/55/2011 z 20. 5. 2014</w:t>
      </w:r>
    </w:p>
    <w:p>
      <w:r>
        <w:t>Rozsudok Krajského súdu Bratislava z 20. mája 2014, sp. zn. 5Scud/55/2011, ECLI:SK:KSBA:2014:1011201949.2</w:t>
      </w:r>
    </w:p>
    <w:p>
      <w:r>
        <w:t>Súd: Krajský súd Bratislava</w:t>
      </w:r>
    </w:p>
    <w:p>
      <w:r>
        <w:t>Spisová značka: 5Scud/55/2011</w:t>
      </w:r>
    </w:p>
    <w:p>
      <w:r>
        <w:t>ECLI: ECLI:SK:KSBA:2014:1011201949.2</w:t>
      </w:r>
    </w:p>
    <w:p>
      <w:r>
        <w:t>Dátum vydania: 20. 5. 2014</w:t>
      </w:r>
    </w:p>
    <w:p>
      <w:r>
        <w:t>Forma: Rozsudok</w:t>
      </w:r>
    </w:p>
    <w:p>
      <w:r>
        <w:t>Oblasť práva: Správne právo</w:t>
      </w:r>
    </w:p>
    <w:p>
      <w:pPr>
        <w:pStyle w:val="Heading2"/>
      </w:pPr>
      <w:r>
        <w:t>Text rozhodnutia</w:t>
      </w:r>
    </w:p>
    <w:p>
      <w:r>
        <w:t>Súd: Krajský súd Bratislava Spisová značka: 5Scud/55/2011 Identifikačné číslo súdneho spisu: 1011201949 Dátum vydania rozhodnutia: 21. 05. 2014 Meno a priezvisko sudcu, VSÚ: JUDr. Milota Tóthová ECLI: ECLI:SK:KSBA:2014:1011201949.2 ROZSUDOK V MENE SLOVENSKEJ REPUBLIKY Krajský súd v Bratislave samosudkyňou JUDr. Milotou Tóthovou v právnej veci navrhovateľky E. W., bytom S. N. I. XXX, W., W. W., proti odporkyni Sociálnej poisťovni ústredie, Ul. 29. augusta č. 8, Bratislava, o sumu a dátum priznania starobného dôchodku, takto r o z h o d o l : Súd návrh navrhovateľky zo dňa 6.12.2013 o d m i e t a . Súd rozhodnutie odporkyne číslo XXX XXX XXXX zo dňa 18. novembra 2011 p o t v r d z u j e . Účastníkom súd náhradu trov konania nepriznáva. o d ô v o d n e n i e : Rozhodnutím číslo XXX XXX XXXX zo dňa 18. novembra 2011 odporkyňa podľa § 21 zákona č. 100/1988 Zb. o sociálnom zabezpečení v znení zákona č. 107/1999 Z.z., podľa § 112 ods. 1 neskorších predpisov a § 259 ods. 1 zákona č. 461/2003 Z.z. o sociálnom poistení v znení zákona č. 721/2004 Z.z. ako aj podľa čl. 46 nariadenia Rady (EHS) č. 1408/71 o uplatňovaní systémov sociálneho zabezpečenia na zamestnané osoby, samostatne zárobkovo činné osoby a členov ich rodín pohybujúcich sa v rámci spoločenstva a článku 118 nariadenia Rady (EHS) č. 574/72, ktorým sa stanovuje postup pri vykonávaní nariadenia (EHS) č. 1408/71 o uplatňovaní systémov sociálneho zabezpečenia na zamestnancov a ich rodiny, ktoré sa pohybujú v rámci spoločenstva navrhovateľke od 1. mája 2004 zvýšila starobný dôchodok na sumu 4 631 Sk mesačne. V uvedenej sume je zahrnutá úprava podľa zákona č. 306/2002 Z.z. v znení zákona č. 639/2002 Z.z., zvýšenie podľa zákona č. 222/2003 Z.z. a zvýšenie podľa § 293a ods. 2 zákona č. 461/2003 Z.z. o sociálnom poistení v znení zákona č. 43/2004. Navrhovateľke patrí starobný dôchodok podľa § 293a ods. 4 zákona č. 461/2003 Z.z. o sociálnom poistení v znení zákona č. 43/2004 Z.z. a opatrenia Ministerstva práce, sociálnych vecí a rodiny Slovenskej republiky č. 466/2004 Z.z. od 1 decembra 2004 v sume 4 789 Sk mesačne; podľa § 293az zákona č. 461/2003 Z.z. v znení zákona 449/2008 Z.z. od 1.júla 2005 v sume 5 213 Sk mesačne; podľa § 82 zákona č. 461/2003 Z.z. od 1. júla 2006 v sume 5 524 Sk mesačne; od 1. júla 2007 v sume 5 870 Sk mesačne; od 1. júla 2008 v sume 6 164 Sk mesačne; po prepočte sumy dôchodku podľa § 293ar zákona č. 461/2003 Z.z. v znení zákona č. 659/2007 Z.z. dôchodok navrhovateľky v sume 6 164 Sk mesačne predstavuje 204,70 eur mesačne; od 1. januára 2009 navrhovateľke patrí starobný dôchodok v sume 219,00 eur mesačne; od 1. januára 2010 navrhovateľke patrí v sume 225,70 eur mesačne a od 1. januára 2011 v sume 229,80 eur mesačne. Rozhodla tak s odôvodnením, že suma starobného dôchodku je určená v súlade s čl. 46 nariadenia Rady (EHS) č. 1408/71. Starobný dôchodok bol vymeraný z III. pracovnej kategórie a bol vypočítaný z priemerného mesačného zárobku za roky 1990, 1991, 1992, 1993 a 1994, ktorý po úprave pre výpočet dôchodku je 2 761 Sk. Suma starobného dôchodku sa nanovo určila po dodatočnom zohľadnení aktualizácie a valorizácie hrubého zárobku dosiahnutého v roku 1986 podľa rastu priemernej mzdy v hospodárstve Slovenskej republiky do roku 1994. Pre valorizáciu hrubých zárobkov bol použitý percentuálny nárast 12-násobku priemernej mesačnej mzdy v hospodárstve Slovenskej republiky nasledovne. Skutočne dosiahnutá suma hrubého zárobku navrhovateľky za rok 1986 bola 12 245 Kčs, ktorú navrhovateľka dosiahla za 183 dní zamestnania. Suma hrubého zárobku za celý kalendárny rok 1986 by bola 24 424 Kčs, táto suma bola aktualizovaná a valorizovaná percentuálnym nárastom 12-násobku priemernej mzdy v hospodárstve Slovenskej republiky v roku 1987 v porovnaní s rokom 1986 o 1,84% na sumu 24 874 Kčs. Suma predpokladaného hrubého zárobku v roku 1987 by bola 24 874 Kčs, táto suma bola aktualizovaná a valorizovaná percentuálnym nárastom 12- násobku priemernej mzdy v hospodárstve Slovenskej republiky v roku 1988 v porovnaní s rokom 1987 o 2,69% na sumu 25 544 Kčs. Suma predpokladaného hrubého zárobku v roku 1988 by bola 25 544 Kčs, táto suma bola aktualizovaná a valorizovaná percentuálnym nárastom 12-násobku priemernej mzdy v hospodárstve Slovenskej republiky v roku 1989 v porovnaní s rokom 1988 o 4,04% na sumu 26 576 Kčs. Suma predpokladaného hrubého zárobku v roku 1989 by bola 26 576 Kčs, táto suma bola aktualizovaná a valorizovaná percentuálnym nárastom 12-násobku priemernej mzdy v hospodárstve Slovenskej republiky v roku 1990 v porovnaní s rokom 1989 o 4,33% na sumu 27 727 Kčs. Suma predpokladaného hrubého zárobku v roku 1990 by bola 27 727 Kčs, táto suma bola aktualizovaná a valorizovaná percentuálnym nárastom 12-násobku priemernej mzdy v hospodárstve Slovenskej republiky v roku 1991 v porovnaní s rokom 1990 o 15,01% na sumu 31 889 Kčs. Suma predpokladaného hrubého zárobku v roku 1991 by bola 31 889 Kčs, táto suma bola aktualizovaná a valorizovaná percentuálnym nárastom 12-násobku priemernej mzdy v hospodárstve Slovenskej republiky v roku 1992 v porovnaní s rokom 1991 o 20,51% na sumu 31 889 Kčs. Suma predpokladaného hrubého zárobku v roku 1992 by bola 38 430 Kčs, táto suma bola aktualizovaná a valorizovaná percentuálnym nárastom 12-násobku priemernej mzdy v hospodárstve Slovenskej republiky v roku 1993 v porovnaní s rokom 1992 o 18,41% na sumu 45 505 Kčs. Suma predpokladaného hrubého zárobku v roku 1993 by bola 45 505 Kčs, táto suma bola aktualizovaná a valorizovaná percentuálnym nárastom 12-násobku priemernej mzdy v hospodárstve Slovenskej republiky v roku 1994 v porovnaní s rokom 1993 o 17,02% na sumu 53 250 Sk. Suma predpokladaného hrubého zárobku v roku 1994 by bola 53 250 Sk. Z novourčených predpokladaných hrubých zárobkov za roky 1987 až 1994, t.j. postupom navrhovaným Európskou komisiou v stanovisku č. 2010/4170 bolo nanovo určené aj rozhodné obdobie pre výpočet starobného dôchodku. Nakoľko navrhovateľka v rozhodnom období 1991 až 2000 nezískala aspoň päť kalendárnych rokov so zárobkami ani podľa právnych predpisov Rakúskej republiky rozhodné obdobie sa predĺžilo postupne tak, aby zahŕňalo päť kalendárnych rokov so zárobkami a preto rozhodným obdobím sú roky 1990, 1991, 1992, 1993 a 1994. Na výpočet starobného dôchodku bolo započítané obdobie dôchodkového poistenia 25 rokov, čo zodpovedá 50% výmere starobného dôchodku. Pre výšku dôchodku je rozhodujúcich 22 rokov v III. pracovnej kategórii. Starobný dôchodok je vypočítaný ako 50% z priemerného mesačného zárobku, ktorý po úprave pre výpočet dôchodku je 2 761 Sk. Dôchodok ku dňu vzniku je 50% z priemerného mesačného zárobku, t.j. 1 381 Sk mesačne. K uvedenej sume patrí úprava podľa zákona č. 306/2002 Z.z. v znení zákona č. 639/2002 Z.z. o 112,1%, t.j. o 1 549 Sk a o pevnú sumu 1 270 Sk, zvýšenie podľa zákona č. 222/2003 Z.z. o 6%, t.j. o 252 Sk na sumu 4 452 Sk a zvýšenie podľa § 293a ods. 2 zákona č. 461/2003 Z.z. v znení zákona č. 43/2004 Z.z. o 4% na sumu 4 631 Sk mesačne, čo predstavuje sumu starobného dôchodku vypočítanú podľa čl. 46 ods. 1 písm. a) nariadenia Rady (EHS) č. 1408/71. Na výpočet sumy starobného dôchodku v súlade s čl. 46 ods. 1 písm. b) a čl. 46 ods. 2 písm. a) nariadenia Rady (EHS) č. 1408/71 bola započítaná doba poistenia získaná podľa právnych predpisov Slovenskej republiky a Rakúskej republiky v rozsahu 35 rokov, čo zodpovedá 60% výmere starobného dôchodku. Teoretická suma starobného dôchodku bola vypočítaná z priemerného mesačného zárobku za roky 1990, 1991, 1992, 1993 a 1994, ktorý po úprave pre výpočet dôchodku je 2 761 Sk. Dôchodok je 60% priemerného mesačného zárobku, t.j. 1 657 Sk. Zvýšenie za 868 dní zamestnania po vzniku nároku na starobný dôchodok je 13,5% priemerného mesačného zárobku, t.j. 373 Sk, dôchodok je celkom 2 030 Sk. Z tejto sumy je čiastkový starobný dôchodok podiel, ktorý zodpovedá pomeru dôb poistenia získaných podľa právnych predpisov Slovenskej republiky v počte 8 264 dní k úhrnu dôb zhodnotených na nárok a teoretickú sumu starobného dôchodku získaných podľa právnych predpisov Slovenskej republiky a Rakúskej republiky v počte 13 956 dní a čiastkový starobný dôchodok v sume 1 203 je určený ako časť z teoretickej sumy starobného dôchodku v sume 2 030 Sk, ktorá zodpovedá dĺžke poistenia získanej podľa právnych predpisov Slovenskej republiky. K tejto sume patrí úprava podľa zákona č. 306/2002 Z.z. v znení zákona č. 639/2002 Z.z. o 112,1%, t.j. o 1 349 Sk a o pevnú sumu 1 270 Sk, upravenú koeficientom 0,59214, ktorý zodpovedá pomeru dôb poistenia získaných podľa právnych predpisov Slovenskej republiky k úhrnu dôb zhodnotených na nárok a teoretickú sumu dôchodku, t.j. 753 Sk. Starobný dôchodok je spolu 3 305 Sk, a je zvýšený podľa zákona č. zvýšenie podľa zákona č. 222/2003 Z.z. o 6%, mesačnej sumy t.j. o 199 Sk na sumu 3 504 Sk a podľa § 293a ods. 2 zákona č. 461/2003 Z.z. v znení zákona č. 43/2004 Z.z. o 4%, t.j. o 141 Sk na sumu 3 645 Sk mesačne. Suma čiastkového starobného dôchodku z dôchodkového poistenia Slovenskej republiky v súlade s čl. 46 ods. 1 písm. b) a čl. 46 ods. 2 nariadenia Rady (EHS) č. 1408/71 k 1. máju 2004 je 3 645 Sk mesačne. Nakoľko suma starobného dôchodku určená podľa čl. 46 ods. 1 písm. a) len podľa právnych predpisov Slovenskej republiky vo výške 4 631 Sk mesačne je vyššia ako suma starobného dôchodku určená podľa čl. 46 ods. 1 písm. b) s prihliadnutím na doby poistenia získané podľa právnych predpisov Rakúskej republiky vo výške 3 645 Sk mesačne navrhovateľka v súlade s čl. 46 ods. 3 nariadenia Rady (EHS) č. 1408/71 má nárok na starobný dôchodok z dôchodkového poistenia Slovenskej republiky v sume 4 631 Sk mesačne. Nakoľko suma starobného dôchodku k 1. máju 2004 určená v zmysle čl. 118 ods. 1 písm. a) nariadenia Rady (EHS) č. 574/72 podľa Zmluvy medzi Slovenskou republikou a Rakúskou republikou o sociálnom zabezpečení v sume 3 630 Sk je nižšia ako suma starobného dôchodku určená čl. 118 ods. 1 písm. b) nariadenia Rady (EHS) č. 574/72 podľa koordinačných nariadení Európskej únie 4 631 Sk mesačne, navrhovateľke patrí od 1. mája 2004 starobný dôchodok v sume určenej podľa koordinačných nariadení. Suma starobného dôchodku vo výške 4 631 Sk mesačne bola ďalej zvyšovaná podľa právnych predpisov o zvyšovaní dôchodkových dávok od 1. decembra 2004 a k 1. januáru 2011 predstavovala sumu starobného dôchodku vo výške 229,80 eur mesačne. Zároveň uviedla, že týmto rozhodnutím pozmeňuje rozhodnutie číslo XXX XXX XXXX zo dňa 28. apríla 2008 s prihliadnutím na odôvodnené stanovisko Európskej komisie č. 2010/170 zo dňa 29. septembra 2011. Navrhovateľka návrhom zo dňa 7.12.2011 žiadala preskúmať toto rozhodnutie odporkyne s ktorým nesúhlasila a namietala nesprávne určený dátum, odkedy jej bol zvýšený starobný dôchodok. Poukazovala na to, že nárok na priznanie starobného dôchodku jej vzniká dovŕšením 56 roku veku, t.j. XX.X.XXXX. K tomuto dátumu splnila požadovanú podmienku odpracovaných 25 rokov, pretože už v roku 1986 mala odpracovaných 26 rokov, a preto nie je zjavný dôvod priznania starobného dôchodku až od 1.5.2004, pričom starobný dôchodok jej bol priznaný od 1. júna 2003. Taktiež namietala, že nie je odôvodnené, prečo bolo pri určení sumy starobného dôchodku vychádzané z rokov 1990 až 1994 a teda nie je zrejmé, na základe čoho bola stanovená výška starobného dôchodku. Zastávala názor, že nakoľko zákonom stanovený dôchodkový vek je 14.1.2001, výpočet dôchodku má vychádzať zo zárobku na Slovensku v roku 2000. Poukazovala aj na to, že dôchodok za obdobie od 1.6.2003 do apríla 2006 jej nebol ku dňu podania návrhu vyplatený. Žiadala priznať úroky ako aj odškodné vzhľadom na to, že zvýšenie dôchodku jej bolo poukázané až dodatočne. Navrhovateľka návrhom zo dňa 6.12,2013 žiadala preskúmať rozhodnutie odporkyne číslo XXX XXX XXXX X o priznaní starobného dôchodku od 1. júna 2003 vo výške 3 292 Sk, rozhodnutie odporkyne číslo XXX XXX XXXX o valorizácii dôchodku od 1. mája 2004 a rozhodnutie číslo XXX XXX XXXX X o zvýšení starobného dôchodku od 1. júla 2005 a poukazovala na to, že týmito rozhodnutiami odporkyňa nerešpektovala rozhodnutie Krajského súdu v Bratislave zo dňa 23.10.2007. Namietala dátum priznania starobného dôchodku, ktorý žiadala priznať od 14.1.2001 a poukazovala na to, že odporkyňa bola nečinná počas šiestich rokov od vynesenia rozsudku. Navrhovateľka vo svojich písomných vyjadreniach zo dňa 26.2.2012, 15.7.2012, 28.9.2013 a 11.5.2014 zotrvala na podanom návrhu z dôvodov v ňom uvedených, poukazovala na problémy s realizovaním rozsudku tunajšieho súdu zo dňa 23.10.2007 v súvislosti s vyplácaním trov, ktoré jej vznikli v predmetnom súdnom konaní. Namietala valorizáciu dôchodku v súvislosti s uvedeným počtom rokov odpracovaných v Rakúskej republike, mala za to, že odporkyňa nesprávne aktualizovala jej dôchodok k zvýšeným životným podmienkam v Slovenskej republike, uviedla svoj prepočet hrubých zárobkov z kalendárnych rokov 1982 a 1986, ktorý považovala za správny. Taktiež namietala, že odporkyňa neaktualizovala jej dôchodok k zvýšeným životným potrebám na Slovensku. Zároveň žiadala, aby súd prejednal aj spôsob výplaty jej starobného dôchodku a v tejto súvislosti požadovala aj úroky ako aj odškodné za vzniknuté škody. Namietala, že aj na sirotský dôchodok jej syna, ktorý je od apríla 2001 jednostrannou sirotou, sa vzťahuje zákonom stanovená úprava nároku jednostranne osirelého dieťaťa od januára 2003 o 381 Sk mesačne podľa § 2 zákona č. 306/2002 Z.z. a uplatnila si nárok na túto zákonom stanovenú úpravu. Odporkyňa v písomných vyjadreniach zo dňa 13.12.2012, 6.6.2012 a 17.9.2012 uviedla, že napadnutým rozhodnutím číslo XXX XXX XXXX zo dňa 18. novembra 2011 bol navrhovateľke zvýšený starobný dôchodok od 1. mája 2004 na sumu 4 631 Sk mesačne. Navrhovateľka požiadala o priznanie starobného dôchodku z dôchodkového poistenia Slovenskej republiky žiadosťou spísanou nositeľom sociálneho poistenia Rakúskej republiky dňa 14.10.2003, ktorá bola doručená odporkyni dňa 22.3.2004. Navrhovateľka dôchodkový vek podľa právnych predpisov Slovenskej republiky dovŕšila XX.X.XXXX a od 1.9.1959 do 23.7.1986 podľa právnych predpisov Slovenskej republiky získala obdobie dôchodkového poistenia 9 495 dní. Nárok na starobný dôchodok z dôchodkového poistenia Slovenskej republiky navrhovateľky vznikol 14.1.2001. Zdôraznila, že s prihliadnutím na ust. § 103 zákona č. 100/1988 Zb. o sociálnom poistení v znení neskorších predpisov bolo možné navrhovateľke priznať starobný dôchodok najskôr od 1. júna 2003, t.j. od platnosti Zmluvy medzi Slovenskou republikou a Rakúskou republikou o sociálnom zabezpečení (ďalej len Zmluva). Uviedla, že navrhovateľka vykonávala zamestnania na území Československej socialistickej republiky do roku 1986 a po tomto dátume bola zamestnaná s určitými prerušeniami až do roku 1994 v Rakúskej republike. Uviedla, že nositeľ sociálneho poistenia Rakúskej republiky na tlačive E 205 A zo dňa 13.5.2004 potvrdil obdobie poistenia získané podľa právnych predpisov Rakúskej republiky v počte 187 mesiacov a to nasledovne: august 1987 - december 1989 - starostlivosť o dieťa, január 1990 - august 1990 - zamestnanie, predavačka, september 1987 - júl 1991 - starostlivosť o dieťa, október 1991 - január 1994 - zamestnanie, predavačka, február 1994 - máj 1996 - nezamestnaná a jún 1996 - máj 2003 - pomoc v hmotnej núdzi. Upozornila na to, že rozhodnutím zo dňa 27. apríla 2008, ktorým bol realizovaný rozsudok Krajského súdu v Bratislave č.k. 5 Sd 6/05 - 70 zo dňa 23.10.2007 bol navrhovateľke priznaný podľa § 21 zákona č. 100/1988 Zb. o sociálnom zabezpečení v znení zákona č. 107/1999 Z.z. od 1. júna 2003 starobný dôchodok v sume 3 292 Sk mesačne, pričom starobný dôchodok bol vypočítaný podľa článku 21 ods. 1 Zmluvy a priemerný mesačný zárobok bol vypočítaný len podľa právnych predpisov Slovenskej republiky. Pretože navrhovateľka v období rokov 1993 až 2003 nezískala aspoň päť kalendárnych rokov so zárobkami, rozhodné obdobie sa predĺžilo tak, aby zahŕňalo päť kalendárnych rokov so zárobkami a starobný dôchodok bol preto vypočítaný z priemerného mesačného zárobku za roky 1982, 1983, 1984, 1985 a 1986, na výpočet starobného dôchodku bolo započítané obdobie dôchodkového poistenia v rozsahu 25 rokov, čo zodpovedá 50% výmere starobného dôchodku a suma starobného dôchodku vypočítaného ako 50% z priemerného mesačného zárobku bola ďalej zvýšená a upravená podľa príslušných právnych predpisov o zvýšení a úprave dôchodkových dávok. Suma starobného dôchodku určená podľa Zmluvy je 3 292 Sk mesačne. Ďalej poukázala na to, že rozhodnutím zo dňa 28. apríla 2008, ktorým bol realizovaný rozsudok Krajského súdu v Bratislave č.k. 5 Sd 6/05 - 70 zo dňa 23.10.2007 bol vykonaný prepočet starobného dôchodku podľa článku 118 ods. 1 nariadenia Rady (EHS) č. 574/72 a suma starobného dôchodku bola v súlade s článkom 46 nariadenia Rady (EHS) č. 1408/71 určená aj s prihliadnutím na doby poistenia získané podľa právnych predpisov Rakúskej republiky. Suma starobného dôchodku určená podľa článku 46 ods. 1 písm. a) cit. nariadenia je suma starobného dôchodku určená k 1. máju 2004 iba za doby poistenia získané podľa právnych predpisov Slovenskej republiky je vo výške 3 630 Sk mesačne a predstavuje vlastne sumu starobného dôchodku určenú podľa Zmluvy spolu so zvýšením za príslušné kalendárne roky. Na výpočet teoretickej sumy starobného dôchodku vypočítanej v súlade s článkom 46 ods. 1 písm. b) a článkom 46 ods. 2 písm. a) nariadenia Rady (EHS) č. 1408/71 bola započítaná doba podľa právnych predpisov Slovenskej republiky a Rakúskej republiky v rozsahu 35 rokov, čo zodpovedá 60% výmere starobného dôchodku a teoretická suma starobného dôchodku bola vypočítaná z priemerného mesačného zárobku za roky 1982, 1983, 1984, 1985 a 1986 v súlade s článkom 47 ods. 1 písm. c) nariadenia Rady (EHS) č. 1408/71. Starobný dôchodok bol vypočítaný ako 60% z priemerného mesačného zárobku 1 765, čo predstavuje 1 059 Sk mesačne a zvýšenie starobného za obdobie poistenia po vzniku nároku na starobný dôchodok od 14.1.2001 do 31.5.2003 v počet 868 dní predstavuje 239 Sk mesačne. Takto určená suma starobného dôchodku bola ďalej zvýšená podľa príslušných právnych predpisov o zvýšení dôchodkových dávok a teoretická suma starobného dôchodku je 1 358 Sk mesačne. Z uvedenej sumy 1 358 Sk mesačne je čiastkový starobný dôchodok vypočítaný podľa článku 46 ods. 2 písm. b) nariadenia č. 1408/71 ako podiel, ktorý zodpovedá pomeru dôb poistenia, ktoré navrhovateľka získala podľa právnych predpisov Slovenskej republiky v počte 8 264 dní k úhrnu dôb poistenia zhodnotených na nárok a teoretickú sumu starobného dôchodku v počte 13 956 dní a suma čiastkového starobného dôchodku po zvýšení a úprave podľa príslušných právnych predpisov o zvýšení a úprave dôchodkových dávok určená k 1. máju 2004 je 2 711 Sk mesačne. V súlade s článkom 46 ods. 3 cit. nariadenia, nakoľko suma starobného dôchodku určená podľa článku 46 ods. 1 písm. a) cit. nariadenia iba podľa právnych predpisov Slovenskej republiky vo výške 3 630 Sk mesačne je vyššia ako suma starobného dôchodku určená podľa článku 46 ods. 1 písm. b) cit. nariadenia s prihliadnutím na doby poistenia získané podľa právnych predpisov Rakúskej republiky v výške 2 711 Sk mesačne, navrhovateľka od 1. mája 2004 má nárok na starobný dôchodok z dôchodkového poistenia Slovenskej republiky v sume 3 630 Sk mesačne. Nakoľko suma starobného dôchodku určená k 1. máju 2004 je podľa článku 118 ods. 1 písm. a) nariadenia Rady (EHS) č. 574/72, teda podľa Zmluvy je rovnaká ako suma starobného dôchodku určená podľa článku 118 ods. 1 písm. b) nariadenia Rady (EHS) č. 574/72 , t.j. podľa koordinačných nariadení Európskej únie, od 1. mája 2004 sa navrhovateľke vyplácal od 1. mája 2004 starobný dôchodok priznaný podľa Zmluvy. Zdôraznila, že navrhovateľka proti rozhodnutiam zo dňa zo dňa 27. apríla 2008 a 28. apríla 2008 nepodala opravný prostriedok, ale sa obrátila so sťažnosťou na postup Sociálnej poisťovne na Európsku komisiu, ktorá vo svojom stanovisku č. 2010/4170 zo dňa 29.9.2011 vyslovila názor, že hrubé zárobky navrhovateľky v rokoch 1982 až 1986, z ktorých bol vypočítaný priemerný mesačný zárobok neboli aktualizované a valorizované tak, aby zodpovedali zárobku, ktorý by navrhovateľka mohla pravdepodobne zarobiť, ak by i naďalej pracovala území Slovenskej republiky, čím Sociálna poisťovňa nepostupovala v súlade v správnymi predpismi Európskej únie. Odporkyňa uviedla, že v nadväznosti na odôvodnené stanovisko Európskej komisie bola rozhodnutím zo dňa 18. novembra 2011 prepočítaná (nanovo určená) suma starobného dôchodku navrhovateľky po dodatočnom zohľadnení aktualizácie a valorizácie hrubého zárobku dosiahnutého v roku 1986 podľa rastu priemernej mzdy v hospodárstve Slovenskej republiky do roku 1994 a pre valorizáciu bol použitý percentuálny nárast 12- násobku priemernej mesačne mzdy v hospodárstve Slovenskej republiky. Pretože navrhovateľke vznikol nárok na starobný dôchodok pred 1. januárom 2004, suma jej starobného dôchodku bola v súlade s ustanovením § 259 ods. 1 zákona č. 461/2003 Z.z. určená podľa predpisov účinných do 31. decembra a v súlade s ust. § 12 ods. 3 písm. a) zákona č. 100/1988 Zb. rozhodným obdobím sú roky 1991 až 2000. Zdôraznila, že hrubý zárobok navrhovateľky sa v súlade so stanoviskom Európskej komisie aktualizoval a valorizoval za rok 1986 postupne do roku 1994, t.j. do roku, kedy bola navrhovateľka naposledy zárobkovo činná v Rakúskej republike. Suma predpokladaného hrubého zárobku, ktorý by navrhovateľka dosiahla v roku 1990 je 27 727 Sk, v roku 1991 je 31 889 Sk, v roku 1992 je 38 430 Sk, v roku 1993 je 45 505 Sk a v roku 1994 je 53 250 Sk. Na základe novourčených predpokladaných hrubých zárobkov za roky 1987 až 1994 na základe postupu navrhnutým Európskou komisiou bolo nanovo určené aj rozhodné obdobie na výpočet sumy starobného dôchodku, ktoré bolo podľa § 12 zákona č. 100/1988 Zb. určené za roky 1990, 1991, 1993 a 1994. Na výpočet starobného dôchodku bolo započítané obdobie 25 rokov v III. pracovnej kategórii, čo v súlade s ustanovením § 22 ods. 1 písm. c) zákona č. 100/1988 Zb. zodpovedá 50% výmere starobného dôchodku. Na výšku dôchodku je rozhodujúcich 22 rokov v III. pracovnej kategórii a priemerný mesačný zárobok neupravený bol určený súčtom predpokladaných hrubých zárobkov za roky 1990 až 1994 delený 60 mesiacov, čo predstavuje sumu 3 291 Sk. Priemerný mesačný zárobok sa podľa § 12 ods. 6 zákona č. 100/1988 Zb. sa upravil na sumu 2 761 Sk. Starobný dôchodok navrhovateľky ku dňu vzniku nároku je vypočítaný ako 50% z priemerného mesačného zárobku, t.j. 50% z 2 761 Sk čo predstavuje 1 381 Sk a k uvedenej sume patrí úprava podľa zákona č. 306/2002 Z.z. v znení zákona č. 639/2002 Z.z. o 112,1%, t.j. o 1 549 Sk a o pevnú sumu 1 270 Sk, zvýšenie podľa zákona č. 222/2003 Z.z. o 6%, t.j. o 252 Sk na sumu 4 452 Sk a zvýšenie podľa § 293a ods. 2 zákona č. 461/2003 Z.z. v znení zákona č. 43/2004 Z.z. o 4%, t.j. o 179 Sk na sumu 4 631 Sk mesačne. Suma starobného dôchodku určená podľa článku 46 ods. 1 písm. a) nariadenia Rady (EHS) č. 1408/71, t.j. suma určená k 1. máju 2004 iba za doby poistenia získané na podľa právnych predpisov Slovenskej republiky je 4 631 Sk mesačne. Poukázala na to, že na určenie sumy starobného dôchodku v súlade s čl. 46 ods. 1 písm. b) a čl. 46 ods. 2 nariadenia Rady (EHS) č. 1408/71 bola započítaná doba poistenia získaná podľa právnych predpisov Slovenskej republiky a Rakúskej republiky v rozsahu 35 rokov v súlade s potvrdením nositeľa sociálneho poistenia Rakúskej republiky na formulári E 205 A zo dňa 13.5.2004. Základná výmera starobného dôchodku je 50% priemerného mesačného zárobku a podľa § 22 ods. 2 zákona č. 100/1988 Zb. sa za 10 rokov zamestnania v III. pracovnej kategórii od 26 roku sa základná výmera starobného dôchodku zvyšuje o 10% na 60% priemerného mesačného zárobku. Teoretická suma starobného dôchodku bola vypočítaná z priemerného mesačného zárobku za roky 1990, 1991, 1992, 1993 a 1994, ktorý po úprave pre výpočet dôchodku je 2 761 Sk. Dôchodok je 60% priemerného mesačného zárobku, t.j. 1 657 Sk. Zvýšenie za 868 dní zamestnania po vzniku nároku na starobný dôchodok je 13,5% priemerného mesačného zárobku, t.j. 373 Sk, teoretická suma dôchodku je celkom 2 030 Sk. Z tejto sumy je čiastkový starobný dôchodok podiel, ktorý zodpovedá pomeru dôb poistenia získaných podľa právnych predpisov Slovenskej republiky v počte 8 264 dní k úhrnu dôb zhodnotených na nárok a teoretickú sumu starobného dôchodku získaných podľa právnych predpisov Slovenskej republiky a Rakúskej republiky v počte 13 956 dní a čiastkový starobný dôchodok v sume 1 203 je určený ako časť z teoretickej sumy starobného dôchodku v sume 2 030 Sk, ktorá zodpovedá dĺžke poistenia získanej podľa právnych predpisov Slovenskej republiky 8 264 dní ,t.j. 8 264 : 13 956 = 0,59214 x 2 303 = 1 203 Sk mesačne po zaokrúhlení. K uvedenej sume patrí úprava podľa zákona č. 306/2002 Z.z. v znení zákona č. 639/2002 Z.z. o 112,1%, t.j. o 1 349 Sk a o pevnú sumu 1 270 Sk, upravenú koeficientom 0,59214, ktorý zodpovedá pomeru dôb poistenia získaných podľa právnych predpisov Slovenskej republiky k úhrnu dôb zhodnotených na nárok a teoretickú sumu dôchodku, t.j. 753 Sk. Starobný dôchodok je spolu 3 305 Sk, a je zvýšený podľa zákona č. 222/2003 Z.z. o 6%, mesačnej sumy t.j. o 199 Sk na sumu 3 504 Sk a podľa § 293a ods. 2 zákona č. 461/2003 Z.z. v znení zákona č. 43/2004 Z.z. o 4%, t.j. o 141 Sk na sumu 3 645 Sk mesačne. Suma čiastkového starobného dôchodku z dôchodkového poistenia Slovenskej republiky v súlade s čl. 46 ods. 1 písm. b) a čl. 46 ods. 2 nariadenia Rady (EHS) k 1. máju 2004 je 3 645 Sk mesačne. Nakoľko suma starobného dôchodku určená podľa čl. 46 ods. 1 písm. a) len podľa právnych predpisov Slovenskej republiky vo výške 4 631 Sk mesačne je vyššia ako suma starobného dôchodku určená podľa čl. 46 ods. 1 písm. b) s prihliadnutím na doby poistenia získané podľa právnych predpisov Rakúskej republiky vo výške 3 645 Sk mesačne navrhovateľka v súlade s čl. 46 ods. 3 nariadenia Rady (EHS) č. 1408/71 má nárok na starobný dôchodok z dôchodkového poistenia Slovenskej republiky v sume 4 631 Sk mesačne. Nakoľko suma starobného dôchodku k 1. máju 2004 určená v zmysle čl. 118 ods. 1 písm. a) nariadenia Rady (EHS) č. 574/72 podľa Zmluvy v sume 3 630 Sk je nižšia ako suma starobného dôchodku určená čl. 118 ods. 1 písm. b) nariadenia Rady (EHS) č. 574/72 poľa koordinačných nariadení Európskej únie v sume 4 631 Sk mesačne, navrhovateľke patrí od 1. mája 2004 starobný dôchodok v sume určenej podľa koordinačných nariadení. Suma starobného dôchodku vo výške 4 631 Sk mesačne bola ďalej zvyšovaná podľa právnych predpisov o zvyšovaní dôchodkových dávok od 1. decembra 2004 a k 1. januáru 2011 predstavuje sumu starobného dôchodku vo výške 229,80 eur mesačne. Poukázala ďalej na to, že navrhovateľke vznikol nárok na starobný dôchodok 14.1.2001, avšak s prihliadnutím na ustanovenie § 103 zákona č. 100/1988 Zb. navrhovateľke, ktorá nemala trvalý pobyt na území Slovenskej republiky, nebolo možné priznať starobný dôchodok od tohto dátumu. Nakoľko navrhovateľka mala od roku 1987 bydlisko na území Rakúskej republiky, bol jej starobný dôchodok priznaný až od 1. júla 2003. t.j. od nadobudnutia platnosti Zmluvy aj prihliadnutím na čl. 34 ods. 1 Zmluvy, podľa ktorého Zmluva nezakladá nárok na dávky za obdobie pred nadobudnutím platnosti Zmluvy. Slovenská republika sa stala členským štátom Európskej únie od 1. mája 2004, a preto následné zvýšenie sumy starobného dôchodku navrhovateľky podľa čl. 46 ods. 1 písm. a) nariadenia Rady (EHS) č. 1408/71 bolo možné v súlade s čl. 94 ods. 1 nariadenia Rady (EHS) č. 1408/71 vykonať až od 1. mája 2004. Poukázala tiež na to, že navrhovateľka bola naposledy zárobkovo činná v Rakúskej republike v roku 1994 a z uvedeného dôvodu bola suma starobného dôchodku určená z predpokladaných hrubých zárobkov, ktoré navrhovateľka dosahovala do roku 1994, kedy bola naposledy zárobkovo činná a takýto spôsob určenia sumy starobného dôchodku vyplýva aj z odôvodneného stanoviska Európskej komisie, podľa ktorého zárobky, z ktorých sa určí suma starobného dôchodku majú byť aktualizované a revalorizované tak, aby zodpovedali zárobku, ktorý by navrhovateľka mohla pravdepodobne zarobiť, ak by aj naďalej pracovala na území Slovenskej republiky. Ohľadom rozporov na doplatkoch na starobnom dôchodku navrhovateľky uviedla, že sa o nich nerozhoduje rozhodnutím v zmysle § 179 ods. 1 písm. a) prvého až tretieho bodu zákona č. 461/2003 Z.z., na základe čoho poukazovanie doplatkov na dávkach s poukazom na § 219 ods. 1 zákona č. 461/2003 Z.z. nie je predmetom preskúmavacieho konania a rovnako tak nie je predmetom konania ani oznámenie orgánu sociálneho poistenia o spôsobe výplaty dávky dôchodkového zabezpečenia vrátane určenia mesačných lehôt vyplácania jej splátok a výšky doplatku. Taktiež upozornila, že podrobné informácie vo veci doplatkov na starobnom dôchodku boli navrhovateľke poskytnuté listom zo dňa 11.1.2012. Na objasnenie problémov ohľadom vyplácania doplatkov navrhovateľke uviedla, že doplatok za obdobie od 1. júna 2003 do 31. mája 2005 v sume 86 546 Sk bol zadržaný na žiadosť príslušnej inštitúcie sociálneho poistenia Rakúskej republiky, ktorá si uplatnila nárok na náhradu podľa článku 31 Zmluvy a na základe oznámenia tejto inštitúcie zo dňa 10.5.2005 bola zo zadržovaného doplatku poukázaná suma 62 347 Sk na účet rakúskej inštitúcie a zvyšok doplatku v sume 24 199 bol poukázaný na adresu bydliska navrhovateľky. Prvá výplata starobného dôchodku bola zariadená od 1.6.2005 na adresu bydliska navrhovateľky a od apríla 2006. Sociálna poisťovňa poukazovala starobný dôchodok na účet navrhovateľky v banke N. O. a od 1.12.2007 poukazuje starobný dôchodok na účet v T., O..I... Trovy konania v sume 61,52 eur boli poukázané 21.5.2008 na adresu bydliska navrhovateľky a boli 25.5.2009 vrátené späť na účet Sociálnej poisťovne, ktorá ich opätovne poukázala avízom na účet navrhovateľky v T. O..I.. dňa 9.11.2009. Splátky starobného dôchodku za december 2005 v sume 96,41 eur, január 2006 v sume 97,00 eur, február 2006 v sume 110,64 eur, marec 2006 v sume 110,81 eur a doplatok za obdobie od 1.6.2006 do 31.10.2006 v sume 169,81 eur boli Sociálnej poisťovni vrátené dňa 21.11.2011 a dôvod, pre ktoré boli uvedené splátky starobného dôchodku Sociálnej poisťovni vrátené po šiestich rokoch jej nie je známy, avšak všetky uvedené splátky a doplatok v úhrnnej sume 584,67 eur bol navrhovateľke opätovne poukázaný 3.1.2012 na jej účet v T.. V súvislosti s námietkou navrhovateľky ohľadom neobdržania rozhodnutia číslo XXX XXX XXXX zo dňa 27. apríla 2008 o priznaní starobného dôchodku od 1. júna 2003, rozhodnutia číslo XXX XXX XXXX zo dňa 28. apríla 2008 o vzniku nároku na starobný dôchodok od 1. mája 2004 a rozhodnutia číslo XXX XXX XXXX zo dňa 28. apríla 2008 o zvýšení starobného dôchodku od 1. júla 2005 poukázala na list adresovaný navrhovateľke zo dňa 26.11.2013 a rozsudok Najvyššieho súdu Slovenskej republiky č. 7Sžnč/6/2011 zo dňa 1. júla 2011. K požiadavke poskytnutia úrokov a odškodnenie z omeškania uviedla, že zákon č. 461/2003 Z.z. upravuje také sociálne práva, na základe ktorých možno voči štátu požadovať plnenie bez toho, aby tomu zodpovedala ekvivalentná povinnosť a ide o práva inej povahy než sú práva z občianskoprávnych, pracovnoprávnych alebo iných obdobných vzťahov, pri ktorých zákonná úprava v prípade omeškania s plnením pripúšťa požadovať aj zákonom stanovené úroky, resp. poplatok z omeškania. Zároveň zdôraznila skutočnosť, že Sociálna poisťovňa nie je v omeškaní s výplatou starobného dôchodku navrhovateľky vo vyššej sume, nakoľko o zvýšení starobného dôchodku bolo rozhodnuté až napadnutým rozhodnutím zo dňa 18. novembra 2011. Napadnuté rozhodnutie číslo XXX XXX XXXX zo dňa 18. novembra 2011 žiadala ako vecne správne potvrdiť. Súd preskúmal napadnuté rozhodnutie podľa § 250l a nasl., prejednal návrh navrhovateľky a dospel k záveru, návrh nie je dôvodný. Súd vykonal dokazovanie výsluchom účastníkov, oboznámil sa s obsahom dávkového spisu odporkyne číslo XXX XXX XXXX X a s obsahom spisového materiálu a zistil tento skutkový stav. Navrhovateľka požiadala o priznanie starobného dôchodku dňa 14.10.2003 prostredníctvom nositeľa sociálneho poistenia Rakúskej republiky, ktorý žiadala priznať od 1.11.2003. Dňa 14.6.2004 navrhovateľka formou úradného záznamu vyhotoveného v sídle odporkyne žiadala priznať starobný dôchodok od 1.6.2003. Rozhodnutím číslo XXX XXX XXXX zo dňa 28. júna 2004 odporkyňa podľa § 21 zákona č. 100/1988 Zb. o sociálnom zabezpečení v znení neskorších predpisov v znení zákona č. 107/1999 Z.z. priznala navrhovateľke od 1.6.2003 starobný dôchodok v sume 3 292,- Sk, zvýšený od júla 2003 na sumu 3 490,- Sk. Rozhodnutím číslo XXX XXX XXXX zo dňa 7. novembra 2005 odporkyňa podľa § 293e zákona č. 461/2003 Z.z. o sociálnom poistení v znení zákona č. 244/2005 Z.z. zvýšila od 1. júla 2005 starobný dôchodok na sumu 4 137,- Sk mesačne. Rozhodnutím číslo XXX XXX XXXX zo dňa 11. mája 2006 odporkyňa podľa § 21 zákona č. 100/1988 Zb. o sociálnom poistení v znení neskorších predpisov a podľa § 259 ods. 1 zákona č. 461/2003 Z.z. o sociálnom poistení v znení zákona č. 721/2004 Z.z. a podľa čl. 46 ods. 1 nariadenia Rady (EHS) č. 1408/71 o uplatňovaní systémov sociálneho zabezpečenia na zamestnané osoby, samostatne zárobkovo činné osoby a členov ich rodín pohybujúcich sa v rámci spoločenstva rozhodla tak, že navrhovateľke vznikol od 1. mája 2004 nárok na starobný dôchodok v sume 2 606,- Sk mesačne. Navrhovateľka podala proti rozhodnutiu číslo XXX XXX XXXX zo dňa 28. júna 2004, rozhodnutiu číslo XXX XXX XXXX zo dňa 7. novembra 2005 a rozhodnutiu číslo XXX XXX XXXX zo dňa 11. mája 2006 opravný prostriedok. Krajský súd v Bratislave po vykonanom dokazovaní rozsudkom č.k. 5 Sd 6/05 - 70 zo dňa 23.10.2007 napadnuté rozhodnutie odporkyne číslo XXX XXX XXXX zo dňa 28. júna 2004, rozhodnutie číslo XXX XXX XXXX zo dňa 7. novembra 2005 a rozhodnutie číslo XXX XXX XXXX zo dňa 11. mája 2006 zrušil podľa § 250j ods. 2 písm. d) O.s.p. a vec vrátil odporkyni na ďalšie konanie. Odporkyňa po vrátení veci vydala rozhodnutie číslo XXX XXX XXXX zo dňa 27. apríla 2008, ktorým podľa § 21 zákona č. 100/1988 Zb. o sociálnom zabezpečení v znení zákona č. 107/1999 Z.z. a podľa § 259 ods. 1 zákona č. 461/2003 Z.z. o sociálnom poistení v znení zákona č. 721/2004 Z.z. priznala navrhovateľke od 1. júna 2003 starobný dôchodok v sume 3 292 Sk mesačne. V uvedenej sume je zahrnutá úprava podľa zákona č. 306/2002 Z.z. v znení zákona č. 639//2002 Z.z.. Starobný dôchodok bol vypočítaný z III. pracovnej kategórie a bol vypočítaný z priemerného mesačného zárobku za roky 1985, 1984, 1983, 1986 a 1982, ktorý po úprave pre výpočet dôchodku je 1 765 Sk. Celková započítaná doba zamestnania je 26 rokov, pre výšku dôchodku je rozhodujúcich 25 rokov v III. pracovnej kategórii. Dôchodok ku dňu nároku je 50% priemerného mesačného zárobku, t.j. 883 Sk mesačne. Podľa predpisov účinných pred 1. októbrom 1988, t.j. podľa zákona č. 121/1975 Zb. o sociálnom zabezpečení bol starobný dôchodok vymeraný z III. pracovnej kategórie a bol vypočítaný z priemerného mesačného zárobku za roky 1985, 1984, 1983, 1986 a 1982, ktorý po úprave pre výpočet dôchodku je 1 765 Sk. Pre výšku dôchodku je rozhodujúcich 25 rokov doby zamestnania. Dôchodok ku dňu vzniku je 50,00% priemerného mesačného zárobku, t.j. 883 Sk mesačne. K uvedenej sume patrí zvýšenie odo dňa priznania v zmysle Zákonného opatrenia Predsedníctva Federálneho zhromaždenia č. 76/1979 Zb. o 30 Sk mesačne a zvýšenie podľa Zákonného opatrenia Predsedníctva Federálneho zhromaždenia č. 7/1982 Zb. o 40 Sk mesačne. Dôchodok je celkom 953 Sk mesačne. S prihliadnutím na ustanovenie § 163 zákona č. 100/1988 Zb. o sociálnom zabezpečení v znení zákona č. 107/1999 Z.z. nakoľko výška starobného dôchodku vypočítaná podľa právnych predpisov platných pred 1. októbrom 1988 je vyššia, navrhovateľke patrí dôchodok v sume 953 Sk mesačne. K tejto sume patrí úprava podľa zákona č. 306/2002 Z.z. v znení zákona č. 639/2002 Z.z. a 112%, t.j. o 1 069 Sk a zvýšenie o pevnú sumu 1 270 Sk. Rozhodnutím číslo XXX XXX XXXX zo dňa 28. apríla 2008 odporkyňa podľa § 21 zákona č. 100/1988 Zb. o sociálnom zabezpečení v znení neskorších predpisov, podľa § 259 ods. 1 zákona č. 461/2003 Z.z. a podľa článku 46 ods. 2 nariadenia Rady (EHS) č. 1408/71 o uplatňovaní systémov sociálneho zabezpečenia na zamestnané osoby, samostatne zárobkovo činné osoby a členov ich rodín pohybujúcich sa v rámci spoločenstva rozhodla, že navrhovateľke od 1. mája 2004 vznikol nárok na starobný dôchodok v sume 2 711 Sk mesačne. V uvedenej sume je zahrnutá úprava podľa zákona č. 306/2002 Z.z. v znení zákona č. 639/2002 Z.z. a zvýšenie podľa zákona č. 222/2003 Z.z. a zvýšenie podľa § 293a zákona č. 461/2003 Z.z. o sociálnom poistení v znení zákona č. 43/2004 Z.z. Starobný dôchodok bol vymeraný z III. pracovnej kategórie a bol vypočítaný z priemerného mesačného zárobku za roky 1985, 1984, 1983, 1986 a 1982, ktorý po úprave pre výpočet dôchodku je 1 765 Sk. Celková započítaná doba zamestnania je 39 rokov, pre výšku dôchodku je rozhodujúcich 35 rokov v III. pracovnej kategórii. Dôchodok ku dňu nároku je 60,00% priemerného mesačného zárobku, t.j. 1 059 Sk mesačne. Zvýšenie za 868 dní zamestnania po vzniku nároku na starobný dôchodok je 13,5% priemerného mesačného zárobku, t.j. 239 Sk mesačne. Dôchodok je celkom 1 298 Sk mesačne. Starobný dôchodok bol vymeraný podľa právnych predpisov pred 1. októbrom 1988, t.j. podľa zákona č. 121/1975 Zb. o sociálnom zabezpečení v sume 1 358 Sk mesačne. Starobný dôchodok bol vymeraný z III. pracovnej kategórie a bol vypočítaný z priemerného mesačného zárobku za roky 1985, 1984, 1983, 1986 a 1982, ktorý po úprave pre výpočet dôchodku je 1 765 Sk. Pre výšku dôchodku je rozhodujúcich 35 rokov doby zamestnania. Dôchodok ku dňu vzniku je 60,00% priemerného mesačného zárobku, t.j. 1 298 Sk mesačne. K uvedenej sume patrí zvýšenie odo dňa priznania v zmysle Zákonného opatrenia Predsedníctva Federálneho zhromaždenia č. 76/1979 Zb. o 30 Sk mesačne a zvýšenie podľa Zákonného opatrenia Predsedníctva Federálneho zhromaždenia č. 7/1982 Zb. o 30 Sk mesačne. Dôchodok je celkom 1 358 Sk mesačne. Podľa čl. 45 cit. nariadenia sa prihliada pri rozhodovaní o nároku na dôchodok i k dobám zamestnania získaných na území Rakúskej republiky. Zo sumy 1 358 Sk ja čiastkový starobný dôchodok podiel, ktorý zodpovedá pomeru dôb obdobia dôchodkového poistenia získaného v Slovenskej republike k úhrnu dôb zhodnotených na nárok a teoretickú sumu starobného dôchodku. Čiastkový starobný dôchodok v sume 804,12 Sk je určený ako časť teoretickej sumy starobného dôchodku v sume 1 358 Sk, ktorá zodpovedá pomeru dôb zamestnania, ktorú navrhovateľka získala podľa právnych predpisov Slovenskej republiky v počte 8 264 dní k úhrnu dôb 13 956 dní zhodnotených na nárok na teoretickú sumu starobného dôchodku. K tejto sume patrí úprava podľa zákona č. 306/2002 Z.z. v znení zákona č. 639/2002 Z.z. o 112,1%, t.j. o 901,41 Sk a pevná suma 1 270 Sk upravená koeficientom 0,59214, t.j. o 752,01 Sk na sumu 2 458 Sk a zvýšenie podľa zákona č. 222/2003 Z.z. o 6%, t.j. o 148 Sk a zvýšenie podľa § 293a zákona č. 461/2003 Z.z. v znení zákona č. 43/2004 Z.z. o 4%, t.j. o 105 Sk, úhrnom navrhovateľke patrí 2 711 Sk mesačne. S prihliadnutím na ustanovenie čl. 46 ods. 3 nariadenia Rady (EHS) č. 1408/71 nakoľko výpočet dôchodku podľa čl. 46 ods. 2 cit. nariadenia je nižší než suma dôchodku vypočítaná podľa právnych predpisov Slovenskej republiky, navrhovateľke bude naďalej vyplácaný starobný dôchodok priznaný rozhodnutím zo dňa 27. apríla 2008. Navrhovateľka proti týmto rozhodnutiam v zákonnej lehote nepodala opravný prostriedok a tieto rozhodnutia sú preto právoplatné. Navrhovateľka podala sťažnosť adresovanú Európskej komisii pre zamestnanosť, sociálne veci a rovnosť príležitostí týkajúcu sa sumy jej starobného dôchodku priznaného z dôchodkového poistenia Slovenskej republiky. Na základe odôvodneného stanoviska Európskej komisie č. 2010/4170 zo dňa 29.9.2011 odporkyňa vydala rozhodnutie číslo XXX XXX XXXX zo dňa 18. novembra 2011, ktorým podľa § 21 zákona č. 100/1988 Zb. o sociálnom zabezpečení v znení zákona č. 107/1999 Z.z., podľa § 112 ods. 1 neskorších predpisov a § 259 ods. 1 zákona č. 461/2003 Z.z. o sociálnom poistení v znení zákona č. 721/2004 Z.z. ako aj podľa čl. 46 nariadenia Rady (EHS) č. 1408/71 o uplatňovaní systémov sociálneho zabezpečenia na zamestnané osoby, samostatne zárobkovo činné osoby a členov ich rodín pohybujúcich sa v rámci spoločenstva a článku 118 nariadenia Rady (EHS) č. 574/72, ktorým sa stanovuje postup pri vykonávaní nariadenia (EHS) č. 1408/71 o uplatňovaní systémov sociálneho zabezpečenia na zamestnancov a ich rodiny, ktoré sa pohybujú v rámci spoločenstva navrhovateľke od 1. mája 2004 zvýšila starobný dôchodok na sumu 4 631 Sk mesačne. V uvedenej sume je zahrnutá úprava podľa zákona č. 306/2002 Z.z. v znení zákona č. 639/2002 Z.z., zvýšenie podľa zákona č. 222/2003 Z.z. a zvýšenie podľa § 293a ods. 2 zákona č. 461/2003 Z.z. o sociálnom poistení v znení zákona č. 43/2004. Navrhovateľke patrí starobný dôchodok podľa § 293a ods. 4 zákona č. 461/2003 Z.z. o sociálnom poistení v znení zákona č. 43/2004 Z.z. a opatrenia Ministerstva práce, sociálnych vecí a rodiny Slovenskej republiky č. 466/2004 Z.z. od 1 decembra 2004 v sume 4 789 Sk mesačne; podľa § 293az zákona č. 461/2003 Z.z. v znení zákona 449/2008 Z.z. od 1. júla 2005 v sume 5 213 Sk mesačne; podľa § 82 zákona č. 461/2003 Z.z. od 1. júla 2006 v sume 5 524 Sk mesačne; od 1. júla 2007 v sume 5 870 Sk mesačne; od 1. júla 2008 v sume 6 164 Sk mesačne; po prepočte sumy dôchodku podľa § 293ar zákona č. 461/2003 Z.z. v znení zákona č. 659/2007 Z.z. dôchodok navrhovateľky v sume 6 164 Sk mesačne predstavuje 204,70 eur mesačne; od 1. januára 2009 navrhovateľke patrí starobný dôchodok v sume 219,00 eur mesačne; od 1. januára 210 v sume 225,70 eur mesačne a od 1. januára 2011 v sume 229,80 eur mesačne. Navrhovateľka pri výsluchu v súdnom konaní zotrvala na svojom návrhu z dôvodov tam uvedených a namietala, že rozhodnutie odporkyne číslo XXX XXX XXXX zo dňa 27. apríla 2008 a rozhodnutie číslo XXX XXX XXXX zo dňa 28. apríla 2008 neobdržala. K rozhodnutiu číslo XXX XXX XXXX X zo dňa 28. apríla 2008 o zvýšení starobného dôchodku od 1. júla 2005 uviedla, že toto rozhodnutie obdržala v roku 2008. Taktiež žiadala súd o podanie informácie, či je možné v tomto konaní prejednať nevyplácanie jej starobného dôchodku zo strany Sociálnej poisťovne a v zápornom prípade požadovala vysvetlenie, z akého dôvodu v tomto konaní nie je možné o tomto rozhodnúť a namietala aj spôsob výplaty starobného dôchodku zo strany Sociálnej poisťovne. Mala za to, že odporkyňa doposiaľ nesplnila požiadavky Európskej komisie, doposiaľ jej stanovisko neakceptovala a žiadala, aby odporkyňa konala podľa stanoviska Európskej komisie. Zástupkyňa odporkyne pri výsluchu v súdnom konaní sa v plnom rozsahu pridŕžala písomného vyjadrenia zo dňa 13.2.2012 a poukazovala na to, že rozhodnutím zo dňa 27. apríla 2008 bol priznaný starobný dôchodok od 1. júna 2003. Zdôraznila, že podľa § 103 zákona č. 100/1988 Zb. navrhovateľka nemala trvalé bydlisko na území Slovenskej republiky a až keď dňom 1.3.2003 vstúpila so platnosti Zmluva medzi Slovenskou republikou a Rakúskou republikou o sociálnom zabezpečení bolo možné navrhovateľke priznať starobný dôchodok od platnosti tejto Zmluvy, t.j. od 1.6.2003 a v tejto súvislosti poukázala na čl. 17 a 34 tejto Zmluvy. Uviedla, že rozhodnutím zo dňa 28. apríla 2008 bol vykonaný prepočet starobného dôchodku navrhovateľky v súlade s koordinačným nariadením číslo 1408/71 od 1.5.2004, t.j. od vstupu Slovenskej republiky do Európskej únie a v tejto súvislosti poukázala na čl. 118 tohto nariadenia a teda od vstupu Slovenskej republiky do Európskej únie bolo možné navrhovateľke vykonať prepočet starobného dôchodku v súlade s týmto nariadením. Zdôraznila, že stanovisko Európskej komisie Európskej únie bolo realizované v rozhodnutí zo dňa 18. novembra 2011, ktorým bol starobný dôchodok navrhovateľky zvýšený. K požiadavke navrhovateľky, aby jej bol starobný dôchodok valorizovaný do roku 2000 uviedla, že navrhovateľka bola zárobkovo činná do roku 1994 a teda je možné valorizovať starobný dôchodok len za toto obdobie. Ohľadom hrubého zárobku v roku 1986 uviedla, že doba na území Slovenskej republiky bola zhodnotená na základe evidenčného listu dôchodkového zabezpečenia za obdobie, kedy navrhovateľka na území Slovenskej republiky pracovala a ktorý sa nachádza v dávkovom spise. Napadnuté rozhodnutie žiadala ako vecne správne potvrdiť. Podľa § 20 zákona č. 100/1988 Zb. o sociálnom zabezpečení v znení neskorších predpisov občan má podľa dĺžky zamestnania a podľa dosiahnutého veku nárok na starobný dôchodok alebo na pomerný starobný dôchodok. Podľa § 21 ods. 2 cit. zákona žena má nárok na starobný dôchodok, ak bola zamestnaná najmenej 25 rokov a dosiahla vek aspoň a) 53 rokov, ak vychovala päť alebo viac detí, b) 54 rokov, ak vychovala tri alebo štyri deti, c) 55 rokov, ak vychovala dve deti, d) 56 rokov, ak vychovala jedno dieťa, alebo e) 57 rokov. ak pre ňu nie je výhodnejšie ustanovenie odseku 1; pri posudzovaní nároku ženy na starobný dôchodok sa prihliada na deti uvedené v § 9 ods. 1 písm. e) a na deti, ktoré vychovala ako pestúnka v osobitných zariadeniach pestúnskej starostlivosti. Podľa § 12 ods.1 cit. zákona priemerný mesačný zárobok je mesačný priemer hrubých zárobkov dosiahnutých v piatich zárobkove najlepších kalendárnych rokoch v rozhodnom období; ak prichádza do úvahy viac rozhodných období, je priemerným mesačným zárobkom mesačný priemer hrubých zárobkov z toho rozhodného obdobia, v ktorom je tento priemer najvyšší. Podľa 12 ods. 2 cit. zákona hrubým zárobkom je vymeriavací základ na určenie poistného na nemocenské poistenie a dôchodkové zabezpečenie ustanovený osobitným predpisom. Vykonávací predpis ustanoví, v ktorých prípadoch je hrubým zárobkom pevne určená suma, a výšku tejto sumy. Hrubým zárobkom nie je príjem dosiahnutý výkonom profesionálnej služby, ak policajt, profesionálny vojak a vojak prípravnej služby vykonával profesionálnu službu v rozsahu zakladajúcom nárok na výsluhový dôchodok alebo ak policajtovi, profesionálnemu vojakovi a vojakovi prípravnej služby bol priznaný invalidný výsluhový dôchodok. Podľa § 12 ods. 3 písm. a) cit. zákona rozhodným obdobím je obdobie desiatich po sebe nasledujúcich kalendárnych rokov pred rokom, v ktorom vznikol nárok na dôchodok. Podľa § 12 ods. 4 cit. zákona päť zárobkove najlepších kalendárnych rokov sa zisťuje porovnaním hrubých zárobkov za jednotlivé celé kalendárne roky. Podľa § 12 ods. 5 cit. zákona ak v rozhodnom období nie je päť kalendárnych rokov so zárobkami, predlžuje sa rozhodné obdobie postupne tak, aby zahŕňalo päť kalendárnych rokov so zárobkami, a priemerný mesačný zárobok sa zisťuje z týchto piatich kalendárnych rokov. Pokiaľ občan ani po tomto predĺžení nemá päť kalendárnych rokov so zárobkami, zisťuje sa priemerný mesačný zárobok z nižšieho dosiahnutého počtu kalendárnych rokov so zárobkami. Podľa § 12 ods. 6 cit. zákona ak priemerný mesačný zárobok vypočítaný podľa odsekov 1 až 5 prevyšuje sumu 2 500 Sk, počíta sa suma 2 500 Sk v plnej výške, zo sumy nad 2 500 Sk do 6 000 Sk jedna tretina a zo sumy nad 6 000 Sk do 10 000 Sk jedna desatina; na sumu nad 10 000 Sk sa neprihliada. Podľa § 22 ods. 1 cit. zákona základná výmera starobného dôchodku tvorí a) 60% priemerného mesačného zárobku, ak bol občan zamestnaný 1. najmenej 20 rokov v zamestnaní I. pracovnej kategórie, 2. najmenej 15 rokov v zamestnaní uvedenom v § 14 ods. 2 písm. a), 3. najmenej 15 rokov v zamestnaní uvedenom v § 14 ods. 2 písm. b), ak bol z tohto zamestnania prevedený alebo uvoľnený z dôvodov uvedených v § 12 ods. 3 písm. d) a e), alebo 4. najmenej 10 rokov v zamestnaní uvedenom v § 14 ods. 2 písm. a), pokiaľ sa toto zamestnanie vykonávalo v uránových baniach, b) 55% priemerného mesačného zárobku, ak bol občan zamestnaný najmenej 20 rokov v zamestnaní II. pracovnej kategórie, alebo c) 50% priemerného mesačného zárobku. Podľa § 22 ods. 2 cit. zákona k základnej výmere sa občanom uvedeným v odseku 1 písm. a) a b) od 21. roka zamestnania a ostatných od 26. roka zamestnania pripočítajú za každý rok zamestnania I. pracovnej kategórie 2%, II. pracovnej kategórie 1,5% a III. pracovnej kategórie 1% priemerného mesačného zárobku. Podľa § 103 ods. 1 cit. zákona na dávky a služby nemajú nárok občania, ktorí nemajú trvalý pobyt na území Československej socialistickej republiky.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112 ods. 1 zákona č. 461/2003 Z.z. o sociálnom poistení dávka sa prizná alebo sa zvýši odo dňa, od ktorého dávka alebo jej zvýšenie patrí, najviac tri roky spätne odo dňa zistenia, že sa dávka priznala alebo sa vyplácala v nižšej sume, ako patrí, alebo najviac tri roky spätne od uplatnenia nároku na dávku alebo na jej zvýšenie, ak sa dodatočne zistí, že sa dávka a) priznala v nižšej sume ako patrí, b) vypláca v nižšej sume ako patrí, c) odoprela neprávom alebo d) priznala od neskoršieho dátumu, než od ktorého patrí. Podľa § 1 zákona č. 306/2002 Z.z. o zvýšení dôchodkov v roku 2002, o úprave dôchodkov priznaných v roku 2003 a o zmene a doplnení niektorých zákonov v oblasti sociálneho zabezpečenia starobný dôchodok, invalidný dôchodok, čiastočný invalidný dôchodok, dôchodok za výsluhu rokov, vdovský dôchodok a sirotský dôchodok priznané pred 1. januárom 2003 sa zvyšujú v súlade s osobitným predpisom o 5% mesačnej sumy dôchodku, na ktorú má občan nárok ku dňu, od ktorého sa dôchodok zvyšuje. Podľa § 1 zákona č. 222/2003 Z.z. o zvýšení dôchodkov v roku 2003 a o zmene a doplnení niektorých zákonov v oblasti sociálneho zabezpečenia starobný dôchodok, invalidný dôchodok, čiastočný invalidný dôchodok, dôchodok za výsluhu rokov, vdovský dôchodok a sirotský dôchodok priznané pred 1. januárom 2004 sa zvyšujú v súlade s osobitným predpisom o 6% mesačnej sumy dôchodku, na ktorú má občan nárok ku dňu, od ktorého sa dôchodok zvyšuje. Podľa § 293a ods. 2 zákona č. 461/2003 Z.z. o sociálnom poistení v znení zákona č. 43/2004 Z.z. dôchodkové dávky priznané pred 1. februárom 2004 sa zvyšujú od 1. februára 2004 o 4% mesačnej sumy dôchodkovej dávky, na ktorú má poistenec nárok ku dňu, od ktorého sa dôchodková dávka zvyšuje. Podľa 293a ods. 4 zákona č. 461/2003 Z.z. o sociálnom poistení v znení zákona č. 43/2004 Z.z. dôchodkové dávky priznané pred 1. decembrom 2004 sa zvyšujú od 1. decembra 2004 o percento určené ako súčet jednej polovice percenta medziročného rastu spotrebiteľských cien a jednej polovice percenta medziročného rastu priemernej mzdy v hospodárstve Slovenskej republiky znížené o 4%. Percento zvýšenia dôchodkovej dávky podľa prvej vety sa ustanoví opatrením, ktoré vydá ministerstvo podľa údajov štatistického úradu a vyhlási jeho úplné znenie uverejnením v Zbierke zákonov najneskôr do 31. augusta 2004. Podľa § 1 opatrenia č. 466/2004 Z.z. Ministerstva práce, sociálnych vecí a rodiny Slovenskej republiky, ktorým sa ustanovuje percento zvýšenia dôchodkových dávok od 1. decembra 2004 dôchodkové dávky priznané pred 1. decembrom 2004 sa zvyšujú od 1. decembra 2004 o 3,4% mesačnej sumy dôchodkovej dávky, na ktorú má poistenec nárok ku dňu, od ktorého sa dôchodková dávka zvyšuje. Podľa § 293az ods. 4 zákona č. 461/2003 Z.z. o sociálnom poistení v znení zákona č. 449/2008 Z.z. dôchodkové dávky, úrazová renta a pozostalostná úrazová renta, o ktorých sa rozhoduje po 12. júni 2008 a nárok vznikol pred 1. januárom 2006, sa zvyšujú za rok 2005 o 8,85%. Podľa § 1 opatrenia č. 229/2006 Z.z. Ministerstva práce, sociálnych vecí a rodiny Slovenskej republiky, ktorým sa ustanovuje percento zvýšenia dôchodkovej dávky v roku 2006 dôchodkové dávky v roku 2006 sa zvyšujú o 5,95%. Podľa § 1 opatrenia č. 197/2007 Z.z. Ministerstva práce, sociálnych vecí a rodiny Slovenskej republiky, ktorým sa ustanovuje percento zvýšenia dôchodkovej dávky v roku 2007 dôchodkové dávky v roku 2007 sa zvyšujú o 6,25%. Podľa § 1 opatrenia č. 136/2008 Z.z. Ministerstva práce, sociálnych vecí a rodiny Slovenskej republiky, ktorým sa ustanovuje percento zvýšenia dôchodkovej dávky v roku 2008 dôchodkové dávky v roku 2008 sa zvyšujú o 5,0%. Podľa § 2 ods. 2 zákona č. 659/2007 Z.z.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116 ods. 8 zákona č. 461/2003 Z.z. o sociálnom poistení v znení zákona č. 659/2007 Z.z. sumy dávok sa zaokrúhľujú na 10 eurocentov nahor.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článku 45 ods. 1 nariadenia Rady (EHS) č. 1408/71 o uplatňovaní systémov sociálneho zabezpečenia na zamestnané osoby, samostatne zárobkovo činné osoby a členov ich rodín pohybujúcich sa v rámci spoločenstva ak právne predpisy členského štátu podmieňujú nadobudnutie, zachovanie alebo znovunadobudnutie nároku na dávky dosiahnutím dôb poistenia, zohľadní inštitúcia tohto členského štátu do takej miery, ako je to potrebné, doby poistenia započítané podľa právnych predpisov iného členského štátu tak, akoby sa dosiahli podľa jeho vlastných právnych predpisov. Podľa článku 46 ods. 1 cit. nariadenia ak sa na pracovníka vzťahovali právne predpisy členského štátu a ak spĺňa podmienky požadované právnymi predpismi tohto členského štátu na nárok na dávky bez toho, aby bolo potrebné uplatniť článok 45, príslušná inštitúcia tohto členského štátu vypočíta výšku dávky v zmysle právnych predpisov, ktoré uplatňuje, a stanoví výšku dávky, ktorá zodpovedá celkovej dobe poistenia, ktorá sa zohľadňuje v zmysle týchto právnych predpisov. Táto inštitúcia stanoví aj výšku dávky, ktorá by pracovníkovi patrila, ak by sa uplatnili pravidlá podľa odseku 2 písm. a) a b). Zohľadní sa vyššia z takto stanovených dávok. Podľa článku 46 ods. 2 cit. nariadenia ak právne predpisy členského štátu ak sa na pracovníka vzťahovali právne predpisy členského štátu a tento pracovník nespĺňa podmienky na priznanie dávok, pokiaľ by sa nezohľadnili ustanovenia článku 45, príslušná inštitúcia členského štátu bude postupovať podľa nasledujúcich pravidiel: a) táto inštitúcia vypočíta teoretickú výšku dávky, na ktorú by si mohla dotknutá osoba uplatniť nárok za predpokladu, že všetky doby poistenia, ktoré sa jej započítajú podľa právnych predpisov členských štátov, ktoré sa na pracovníka vzťahovali, sa dosiahli v danom štáte podľa právnych predpisov, ktoré uplatňuje, v deň priznania dávky. Ak podľa týchto právnych predpisov výška dávky nezávisí na trvaní doby poistenia, táto výška sa považuje za teoretickú výšku uvedenú v tomto pododseku; b) príslušná inštitúcia následne stanoví skutočnú výšku dávky na základe teoretickej výšky uvedenej v predchádzajúcom pododseku a podľa pomeru trvania doby poistenia dosiahnutých pred vznikom poistnej udalosti podľa právnych predpisov, ktoré uplatňuje táto inštitúcia, k celkovému trvaniu doby poistenia dosiahnutej pred vznikom poistnej udalosti podľa právnych predpisov dotknutých členských štátov. Podľa článku 46 ods. 3 cit. nariadenia dotknutá osoba má nárok na celkovú čiastku vypočítanú v súlade s ustanoveniami odsekov 1 a 2, ktorá nie je väčšia ako maximálna teoretická výška dávky vypočítaná podľa ods. 2 písm. a). Podľa článku 118 ods. 1 nariadenia Rady (EHS) č. 574/72, ktorým sa stanovuje postup pri vykonávaní nariadenia (EHS) č. 1408/71 o uplatňovaní systémov sociálneho zabezpečenia na zamestnancov a ich rodiny , ktoré sa pohybujú v rámci spoločenstva ak pred 1. októbrom 1972 alebo pred dňom vykonávania vykonávacieho nariadenia dôjde k nepredvídanej udalosti na území dotknutého členského štátu a do tohto dňa sa nevyhovelo žiadosti o dôchodok, takáto žiadosť zapríčiní dvojité priznanie dôchodku, pokiaľ sa dávky musia poskytnúť, vzhľadom na takúto nepredvídanú okolnosť, pred obdobím predchádzajúcim tomuto dňu, a to: a) za obdobie pred 1. októbrom 1972 alebo dňom vykonávania vykonávacieho nariadenia na území daného členského štátu, v súlade s nariadením alebo platnými dohodami, uzatvorenými medzi danými členskými štátmi, b) za obdobie, ktoré začína 1. októbra 1972 alebo v deň vykonávania vykonávacieho nariadenia na území daného členského štátu v súlade s nariadením. Ak je však čiastka vypočítaná podľa ustanovení uvedených pod písm. a) vyššia ako suma vypočítaná podľa ustanovení uvedených pod písm. b) daná osoba má naďalej právo na čiastku, vypočítanú podľa ustanovení uvedených pod písmenom a). V preskúmavanej veci súd zistil, že navrhovateľka návrhom zo dňa 6.12.2013 žiadala preskúmať rozhodnutie odporkyne číslo XXX XXX XXXX zo dňa 27. apríla 2008 o priznaní starobného dôchodku od 1. júna 2003, rozhodnutie číslo XXX XXX XXXX zo dňa 28. apríla 2008 o vzniku nároku na starobný dôchodok od 1. mája 2004 a rozhodnutie číslo XXX XXX XXXX zo dňa 28. apríla 2008 o zvýšení starobného dôchodku od 1. júla 2005. Odporkyňa vo svojom vyjadrení zo dňa 26.11.2013, ktoré bolo zaslané navrhovateľke spolu s vyššie uvedenými rozhodnutiami v zmysle uznesenia Krajského súdu v Bratislave zo dňa 6.11.2013 poukazovala na to, že uvedené rozhodnutia boli vydané na základe rozsudku Krajského súdu v Bratislave č.k. 5 Sd 6/05-70 zo dňa 23.10.2007 a navrhovateľka rozhodnutia osobne prevzala 16. mája 2008, čo sama uviedla v niektorých podaniach a ktorých prevzatie overil aj Najvyšší súd Slovenskej republiky, ktorý uznesením č.k. 7Sžnč/6/211 zo dňa 1. júla 2011 zamietol žalobu o nečinnosť. Navrhovateľka proti uvedeným rozhodnutiam nepodala opravný prostriedok v zákonom určenej lehote a rozhodnutia nadobudli právoplatnosť.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zo dňa 27. apríla 2008 o priznaní starobného dôchodku od 1. júna 2003, rozhodnutie číslo XXX XXX XXXX zo dňa 28. apríla 2008 o vzniku nároku na starobný dôchodok od 1. mája 2004 a rozhodnutie číslo XXX XXX XXXX zo dňa 28. apríla 2008 o zvýšení starobného dôchodku od 1. júla 2005 nebolo zaslané navrhovateľke doručenkou do vlastných rúk, nakoľko sa nejednalo o rozhodnutie podľa § 212 ods. 3 písm. a) až e) zákona č. 461/2003 Z.z. o sociálnom poistení, ktoré by bolo nutné doručiť do vlastných rúk navrhovateľky. Napadnuté rozhodnutia obsahovali správne poučenie o mieste a lehote na podanie návrhu na jeho preskúmanie. Napadnuté rozhodnutia boli dané na expedíciu 5.5.2008. Navrhovateľka na pojednávaní dňa 6.11.2013 nespochybnila, že rozhodnutie číslo XXX XXX XXXX zo dňa 28. apríla 2008 o zvýšení starobného dôchodku od 1. júla 2005 obdržala v roku 2008. Z uznesenia Najvyššieho súdu Slovenskej republiky č. 7Sžnč/6/211 zo dňa 1. júla 2011, ktorým bol zamietnutý návrh navrhovateľky o nečinnosť súd zistil, že navrhovateľka sa návrhom doručeným Najvyššiemu súdu Slovenskej republiky dňa 4.5.2011 domáhala, aby súd uložil odporkyni povinnosť rozhodnúť podľa § 210 ods. 2 zákona č. 461/2003 Z.z. o sociálnom poistení v znení neskorších predpisov o výške starobného dôchodku do 30 dní od doručenia uznesenia a poukázala na to, že rozsudkom Krajského súdu v Bratislave z 23. októbra 2007 boli rozhodnutia odporkyne číslo XXX XXX XXXX z 28. júna 2004 zo 7. novembra 2005 a 11. mája 2006 zrušené a vec bola odporkyni vrátená na ďalšie konanie. Uviedla, že odporkyňa na základe sťažnosti o nečinnosť z 21. marca 2011 oznámila, že ju pokladá za neopodstatnenú, nakoľko rozsudok krajského súdu realizovala vydaním rozhodnutí zo dňa 27. apríla 2008 a 29. apríla 2008. Najvyšší súd Slovenskej republiky z obsahu dávkového spisu odporkyne zistil, že odporkyňa dňa 27. apríla 2008 vydala rozhodnutie číslo XXX XXX XXXX, ktorým priznala navrhovateľke od 1. júna 2003 starobný dôchodok v sume 3 292 Sk mesačne a ďalším rozhodnutím z 28. apríla 2008 rovnakého čísla rozhodla, že navrhovateľke od 1. mája 2004 vznikol nárok na starobný dôchodok v sume 2 711 Sk mesačne a konštatoval, že z písomného podania navrhovateľky z 22. mája 2008 a 9. júla 2008 možno vyvodiť, že navrhovateľka rozhodnutia odporkyne prevzala dňa 16. mája 2008. Súd vzhľadom na vyššie uvedené nemal pochybnosť o tom, že navrhovateľka predmetné rozhodnutia zo dňa 27. apríla 2008 a 28. apríla vydané pod číslom XXX XXX XXXX navrhovateľka prevzala dňa 16. mája 2008, a preto podľa § 250p O.s.p. návrh navrhovateľky zo dňa 6.12.2013 ako oneskorene podaný odmietol. Navrhovateľka požiadala o priznanie starobného dôchodku dňa 14.10.2003 prostredníctvom nositeľa sociálneho poistenia Rakúskej republiky, ktorý žiadala pôvodne priznať od 1.11.2003. Dňa 14.6.2004 navrhovateľka formou úradného záznamu vyhotoveného v sídle odporkyne žiadala priznať starobný dôchodok od 1.6.2003. Rozhodnutím číslo XXX XXX XXXX zo dňa 27. apríla 2008, odporkyňa podľa § 21 zákona č. 100/1988 Zb. o sociálnom zabezpečení v znení zákona č. 107/1999 Z.z. a podľa § 259 ods. 1 zákona č. 461/2003 Z.z. o sociálnom poistení v znení zákona č. 721/2004 Z.z. priznala navrhovateľke od 1. júna 2003 starobný dôchodok v sume 3 292 Sk mesačne. V uvedenej sume je zahrnutá úprava podľa zákona č. 306/2002 Z.z. v znení zákona č. 639//2002 Z.z. Starobný dôchodok bol vypočítaný podľa článku 21 ods. 1 Zmluvy, podľa ktorého ak nárok na dôchodok podľa právnych predpisov Slovenskej republiky vznikol len za doby poistenia získané podľa právnych predpisov Slovenskej republiky, sumu dôchodku je možné vypočítať bez ohľadu na doby poistenia získané podľa právnych predpisov Rakúskej republiky a podľa čl. 21 ods. 4 cit. Zmluvy bol priemerný mesačný zárobok vypočítaný iba podľa právnych predpisov Slovenskej republiky. Zároveň podľa čl. 34 ods. 1 Zmluvy, podľa ktorého Zmluva nezakladá nárok na dávky za obdobie pred nadobudnutím platnosti Zmluvy mohol byť starobný dôchodok navrhovateľke priznaný od 1. júna 2003. Rozhodnutím číslo XXX XXX XXXX zo dňa 28. apríla 2008 odporkyňa podľa § 21 zákona č. 100/1988 Zb. o sociálnom zabezpečení v znení neskorších predpisov, podľa § 259 ods. 1 zákona č. 461/2003 Z.z. a podľa článku 46 ods. 2 nariadenia Rady (EHS) č. 1408/71 o uplatňovaní systémov sociálneho zabezpečenia na zamestnané osoby, samostatne zárobkovo činné osoby a členov ich rodín pohybujúcich sa v rámci spoločenstva rozhodla, že navrhovateľke od 1. mája 2004 vznikol nárok na starobný dôchodok v sume 2 711 Sk mesačne. V uvedenej sume je zahrnutá úprava podľa zákona č. 306/2002 Z.z. v znení zákona č. 639/2002 Z.z. a zvýšenie podľa zákona č. 222/2003 Z.z. a zvýšenie podľa § 293a zákona č. 461/2003 Z.z. o sociálnom poistení v znení zákona č. 43/2004 Z.z. Navrhovateľka predmetné rozhodnutia nenapadla opravným prostriedkom a tieto rozhodnutia sú právoplatné. Z potvrdenia nositeľa poistenia v Rakúskej republike E 205 A zo dňa 13.5.204 súd zistil, že navrhovateľke nositeľ poistenia v Rakúskej republike potvrdil dobu poistenia získanú podľa právnych predpisov Rakúskej republiky v počte 187 mesiacov. Navrhovateľka pracovala na území Československej socialistickej republiky do roku 1986. Ako vyplýva z potvrdenia nositeľa sociálneho poistenia v Rakúskej republike navrhovateľka v Rakúskej republike bola zárobkovo činná do januára 1994, potom od februára 1994 do mája 1996 bola nezamestnaná a v júni 1996 až v máji 2003 poberala dávky v hmotnej núdzi. Navrhovateľka narodená dňa XX.X.XXXX požiadala o priznanie starobného dôchodku od 1.6.2003. Navrhovateľka vychovala jedno dieťa a vek potrebný na nárok na starobný dôchodok dovŕšila 14.1.2001 ako 56 ročná, t.j. za účinnosti zákona č. 100/1988 Zb. o sociálnom zabezpečení. Navrhovateľka k 14.1.2001 nemala trvalý pobyt na území Slovenskej republiky. Je teda nesporné, že navrhovateľka ku dňu 14.1.2003, t.j. za účinnosti zákona č. 100/1988 Zb. o sociálnom zabezpečení v znení neskorších predpisov nesplnila všetky tri zákonné podmienky na vznik nároku na starobný dôchodok, a to podmienku dovŕšenia dôchodkového veku, dobu zamestnania minimálne 25 rokov a trvalý pobyt na území Slovenskej republiky, pričom tieto tri podmienky museli byť splnené súčasne. Navrhovateľka k 14.1.2003 splnila podmienku dovŕšenia dôchodkového veku 56 rokov a bola zamestnaná viac ako 25 rokov, avšak podmienku trvalého pobytu na území Slovenskej republiky k tomuto dňu nesplnila, a preto nárok na starobný dôchodok ku dňu 14.1.2003 podľa § 103 ods.1 zákona č. 100/1988 Zb. o sociálnom zabezpečené v znení neskorších predpisov jej nevznikol. Až od 1.6.2003, t.j. odo dňa účinnosti Zmluvy bolo možné navrhovateľke priznať starobný dôchodok od 1. júna 2003, čo odporkyňa realizovala rozhodnutím číslo 455 114 7380 zo dňa 27. apríla 2008, ktorým podľa § 21 zákona č. 100/1988 Zb. o sociálnom zabezpečení v znení zákona č. 107/1999 Z.z. a podľa § 259 ods. 1 zákona č. 461/2003 Z.z. o sociálnom poistení v znení zákona č. 721/2004 Z.z. priznala navrhovateľke od 1. júna 2003 starobný dôchodok v sume 3 292 Sk mesačne. Slovenská republika sa stala členským štátom Európskej únie od 1. mája 2004 a od tohto dátumu sa stali koordinačné nariadenia Európskej únie pre ňu záväzné s poukazom aj na článok 7 Ústavy Slovenskej republiky. Nakoľko podľa článku 94 ods. 1 nariadenia Rady (EHS) č. 1408/71 o uplatňovaní systémov sociálneho zabezpečenia na zamestnané osoby, samostatne zárobkovo činné osoby a členov ich rodín pohybujúcich sa v rámci spoločenstva sa žiadne práva vzťahujúce sa na obdobie pred dňom začatia uplatňovania tohto nariadenia na území Slovenskej republiky nemôžu byť priznané, navrhovateľke vznikol nárok na starobný dôchodok podľa koordinačných predpisov Európskej únie až od 1. mája 2004, čo odporkyňa realizovala rozhodnutím číslo XXX XXX XXXX zo dňa 28. apríla 2008, ktorým podľa § 21 zákona č. 100/1988 Zb. o sociálnom zabezpečení v znení neskorších predpisov, podľa § 259 ods. 1 zákona č. 461/2003 Z.z. a podľa článku 46 ods. 2 nariadenia Rady (EHS) č. 1408/71 o uplatňovaní systémov sociálneho zabezpečenia na zamestnané osoby, samostatne zárobkovo činné osoby a členov ich rodín pohybujúcich sa v rámci spoločenstva rozhodla, že navrhovateľke od 1.5.2004 vznikol nárok na starobný dôchodok v sume 2 711 Sk mesačne. Na sťažnosť navrhovateľky vo veci výpočtu jej starobného dôchodku Európska komisia vo svojom Odôvodnenom stanovisku - Porušenie č. 2010/4170 zo dňa 29.9.2011 zaujala stanovisko, že stanoviť teoretickú výšku starobného dôchodku v súlade s článkom 46 ods. 2 písm. a) nariadenia (EHS) (teraz čl. 52 ods. 1 písm. b) bod i) nariadenia (ES) č. 883/2004) bez toho, aby bola aktualizovaná a revalorizovaná tak, aby zodpovedala výške starobného dôchodku, ktorú by dotknutá osoba dostávala, keby aj naďalej pracovala za rovnakých podmienok v dotknutom členskom štáte, je v rozpore s článkom 48 ZFEÚ. Preto sa zdá, že stanovenie teoretickej sumy výšky v prípade navrhovateľky je v rozpore s článkom 48 ZFEÚ v tom zmysle, že sa ako základ použila jej miezd a/alebo príspevkov počas jej práce na Slovensku a neberie sa do úvahy pravdepodobný ďalší vývoj jej miezd a/alebo príspevkov, ku ktorému by došlo, keby zostala na Slovensku do konca svojej pracovnej kariéry. To ako by sa pracovná kariéra dotknutej osoby vyvíjala v inom členskom štáte nie je vôbec relevantné a nemožno predpokladať, že keby zostala na Slovensku, nebola by zamestnaná. Trvala na názore, že z dôvodu neaktualizácie odmien navrhovateľky ktoré sa použili ako základ na výpočet dôchodku bola navrhovateľka znevýhodnená v porovnaní s osobou so zodpovedajúcim priebehom kariéry, ktorá dokončila všetky poistné obdobia podľa slovenských právnych predpisov, keďže dôchodok takejto osoby by sa vypočítal od odmeny, ktorú dostala v rokoch 1990 až 1994 a zároveň by takáto osoba mala takisto prospech z valorizácie podľa zákona č. 306/2002 Z.z., zmeneného a doplneného zákonom číslo 639/2002 Z.z. Na základe odôvodneného stanoviska Európskej komisie č. 2010/4170 zo dňa 29.9.2011 odporkyňa vydala rozhodnutie číslo XXX XXX XXXX zo dňa 18. novembra 2011, ktorým podľa § 21 zákona č. 100/1988 Zb. o sociálnom zabezpečení v znení zákona č. 107/1999 Z.z., podľa § 112 ods. 1 neskorších predpisov a § 259 ods. 1 zákona č. 461/2003 Z.z. o sociálnom poistení v znení zákona č. 721/2004 Z.z. ako aj podľa čl. 46 nariadenia Rady (EHS) č. 1408/71 o uplatňovaní systémov sociálneho zabezpečenia na zamestnané osoby, samostatne zárobkovo činné osoby a členov ich rodín pohybujúcich sa v rámci spoločenstva a článku 118 nariadenia Rady (EHS) č. 574/72, ktorým sa stanovuje postup pri vykonávaní nariadenia (EHS) č. 1408/71 o uplatňovaní systémov sociálneho zabezpečenia na zamestnancov a ich rodín, ktoré sa pohybujú v rámci spoločenstva navrhovateľke od 1. mája 2004 zvýšila starobný dôchodok na sumu 4 631 Sk mesačne. Vzhľadom na ustanovenie § 259 ods. 1 zákona č. 461/2003 Z.z. o sociálnom poistení v znení neskorších predpisov bol nárok na starobný dôchodok navrhovateľky posúdený podľa predpisov účinných do 31. decembra 2003, t.j. podľa zákona č. 100/1988 Zb. o sociálnom zabezpečení v znení neskorších predpisov. Dodatočné zohľadnenie aktualizácie a valorizácie hrubého zárobku dosiahnutého v roku 1986 podľa rastu priemernej mzdy v hospodárstve Slovenskej republiky do roku 1994, bolo vykonané tak, že pre valorizáciu hrubých zárobkov bol použitý percentuálny nárast 12-násobku priemernej mesačnej mzdy v hospodárstve Slovenskej republiky, ktorý bol stanovený tak, že bola zohľadnená skutočne dosiahnutá suma hrubého zárobku navrhovateľky za rok 1986 vo výške 12 245 Kčs, ktorú navrhovateľka dosiahla za 183 dní zamestnania a ďalej suma hrubého zárobku za celý kalendárny rok 1986, ktorá by bola 24 424 Kčs bola aktualizovaná a valorizovaná percentuálnym nárastom 12-násobku priemernej mzdy v hospodárstve Slovenskej republiky v roku 1987 v porovnaní s rokom 1986 o 1,84% na sumu 24 874 Kčs; suma predpokladaného hrubého zárobku v roku 1987, ktorá by bola 24 874 Kčs bola aktualizovaná a valorizovaná percentuálnym nárastom 12-násobku priemernej mzdy v hospodárstve Slovenskej republiky v roku 1988 v porovnaní s rokom 1987 o 2,69% na sumu 25 544 Kčs; suma predpokladaného hrubého zárobku v roku 1988, ktorá by bola 25 544 Kčs bola aktualizovaná a valorizovaná percentuálnym nárastom 12-násobku priemernej mzdy v hospodárstve Slovenskej republiky v roku 1989 v porovnaní s rokom 1988 o 4,04% na sumu 26 576 Kčs; suma predpokladaného hrubého zárobku v roku 1989, ktorá by bola 26 576 Kčs bola aktualizovaná a valorizovaná percentuálnym nárastom 12-násobku priemernej mzdy v hospodárstve Slovenskej republiky v roku 1990 v porovnaní s rokom 1989 o 4,33% na sumu 27 727 Kčs; suma predpokladaného hrubého zárobku v roku 1990, ktorá by bola 27 727 Kčs bola aktualizovaná a valorizovaná percentuálnym nárastom 12-násobku priemernej mzdy v hospodárstve Slovenskej republiky v roku 1991 v porovnaní s rokom 1990 o 15,01% na sumu 31 889 Kčs; suma predpokladaného hrubého zárobku v roku 1991, ktorá by bola 31 889 Kčs bola aktualizovaná a valorizovaná percentuálnym nárastom 12-násobku priemernej mzdy v hospodárstve Slovenskej republiky v roku 1992 v porovnaní s rokom 1991 o 20,51% na sumu 31 889 Kčs; suma predpokladaného hrubého zárobku v roku 1992, ktorá by bola 38 430 Kčs bola aktualizovaná a valorizovaná percentuálnym nárastom 12-násobku priemernej mzdy v hospodárstve Slovenskej republiky v roku 1993 v porovnaní s rokom 1992 o 18,41% na sumu 45 505 Kčs; suma predpokladaného hrubého zárobku v roku 1993, ktorá by bola 45 505 Kčs bola aktualizovaná a valorizovaná percentuálnym nárastom 12-násobku priemernej mzdy v hospodárstve Slovenskej republiky v roku 1994 v porovnaní s rokom 1993 o 17,02% na sumu 53 250 Sk a suma predpokladaného hrubého zárobku v roku 1994 by bola 53 250 Sk. V dôsledku takto novourčených predpokladaných hrubých zárobkov za roky 1987 až 1994 v súlade s navrhovaným postupom vysloveným Európskou komisiou uvedenom v jej stanovisku č. 2010/4170 zo dňa 29.9.2011 došlo k novému určeniu rozhodného obdobia pre výpočet sumy starobného dôchodku, a pretože navrhovateľka v rozhodnom období rokov 1991 až 2000 nezískala aspoň päť kalendárnych rokov so zárobkami podľa právnych predpisov Rakúskej republiky v súlade s ust. § 12 ods. 5 zákona č. 100/1988 Zb. o sociálnom zabezpečení v znení neskorších predpisov sa rozhodné obdobie predĺžilo postupne tak, aby zahŕňalo päť kalendárnych rokov so zárobkami ktoré predstavovali roky 1990, 1991, 1992,1993 a 1994. Starobný dôchodok podľa čl. 46 ods. 1 písm. a) nariadenia Rady (EHS) bol vymeraný z III. pracovnej kategórie a bol vypočítaný z priemerného mesačného zárobku za roky 1990, 1991, 1992, 1993 a 1994. Na výpočet starobného dôchodku bolo započítané obdobie dôchodkového poistenia 25 rokov, čo podľa § 22 ods. 1 písm. c) zákona č. 100/1988 Zb. zodpovedá 50% výmere starobného dôchodku. Pre výšku dôchodku je rozhodujúcich 22 rokov v III. pracovnej kategórii. Starobný dôchodok bol vypočítaný ako 50% z priemerného mesačného zárobku 3 281 Sk, ktorý po úprave pre výpočet dôchodku podľa § 12 ods. 6 cit. zákona je 2 761 Sk. Dôchodok ku dňu vzniku nároku bol vypočítaný ako 50% z priemerného mesačného zárobku 2 761, t.j. 1 381 Sk mesačne. K uvedenej sume patrí úprava podľa zákona č. 306/2002 Z.z. v znení zákona č. 639/2002 Z.z. o 112,1%, t.j. o 1 549 Sk a o pevnú sumu 1 270 Sk, zvýšenie podľa zákona č. 222/2003 Z.z. o 6%, t.j. o 252 Sk na sumu 4 452 Sk a zvýšenie podľa § 293a ods. 2 zákona č. 461/2003 Z.z. v znení zákona č. 43/2004 Z.z. o 4% na sumu 4 631 Sk mesačne, čo predstavuje sumu starobného dôchodku vypočítanú podľa čl. 46 ods. 1 písm. a) nariadenia Rady (EHS) č. 1408/71. Na výpočet sumy starobného dôchodku v súlade s čl. 46 ods. 1 písm. b) a čl. 46 ods. 2 písm. a) nariadenia Rady (EHS) č. 1408/71 bola započítaná doba poistenia získaná podľa právnych predpisov Slovenskej republiky a Rakúskej republiky v rozsahu 35 rokov, čo zodpovedá 60% výmere starobného dôchodku. Teoretická suma starobného dôchodku bola vypočítaná z priemerného mesačného zárobku za roky 1990, 1991, 1992, 1993 a 1994, ktorý po úprave pre výpočet dôchodku je 2 761 Sk. Podľa § 22 ods. 2 zákona č. 100/1988 Zb. za 10 rokov zamestnania v III. pracovnej kategórie od 26 roku bola základná výmera starobného dôchodku zvýšená o 10% na 60% priemerného mesačného zárobku, t.j. 1 657 Sk. Zvýšenie za 868 dní zamestnania po vzniku nároku na starobný dôchodok je 13,5% priemerného mesačného zárobku, t.j. 373 Sk. Teoretická suma starobného dôchodku je celkom 2 030 Sk. Z tejto sumy je čiastkový starobný dôchodok podiel, ktorý zodpovedá pomeru dôb poistenia získaných podľa právnych predpisov Slovenskej republiky v počte 8 264 dní k úhrnu dôb zhodnotených na nárok a teoretickú sumu starobného dôchodku získaných podľa právnych predpisov Slovenskej republiky a Rakúskej republiky v počte 13 956 dní. Čiastkový starobný dôchodok v sume 1 203 je určený ako časť z teoretickej sumy starobného dôchodku v sume 2 030 Sk, ktorá zodpovedá dĺžke poistenia získanej podľa právnych predpisov Slovenskej republiky 8 264 dní delenej úhrnom dôb zhodnotených na nárok a teoretickú sumu starobného dôchodku získaných podľa právnych predpisov Slovenskej republiky a Rakúskej republiky v počte 13 956 dní, čo predstavuje koeficient 0,59214 násobený teoretickou sumou starobného dôchodku 2 030 Sk, čo po zaokrúhlení je 1 203 Sk mesačne. K tejto sume patrí úprava podľa zákona č. 306/2002 Z.z. v znení zákona č. 639/2002 Z.z. o 112,1%, t.j. o 1 349 Sk a o pevnú sumu 1 270 Sk, upravenú koeficientom 0,59214, ktorý zodpovedá pomeru dôb poistenia získaných podľa právnych predpisov Slovenskej republiky k úhrnu dôb zhodnotených na nárok a teoretickú sumu dôchodku, t.j. 753 Sk. Starobný dôchodok je spolu 3 305 Sk, a je zvýšený podľa zákona č. zvýšenie podľa zákona č. 222/2003 Z.z. o 6%, mesačnej sumy t.j. o 199 Sk na sumu 3 504 Sk a podľa § 293a ods. 2 zákona č. 461/2003 Z.z. v znení zákona č. 43/2004 Z.z. o 4%, t.j. o 141 Sk na sumu 3 645 Sk mesačne. Suma čiastkového starobného dôchodku z dôchodkového poistenia Slovenskej republiky v súlade s čl. 46 ods. 1 písm. b) a čl. 46 ods. 2 nariadenia Rady (EHS) č. 1408/71 k 1. máju 2004 je 3 645 Sk mesačne. V súlade s čl. 46 ods. 3 nariadenia Rady (EHS) č. 1408/71 bola porovnaná suma starobného dôchodku určeného podľa čl. 46 ods. 1 písm. a) cit. nariadenia iba podľa právnych predpisov Slovenskej republiky vo výške 4 631 Sk so sumou starobného dôchodku určenou podľa čl. 46 ods. 1 písm. b) cit. nariadenia s prihliadnutím na doby poistenia získané podľa právnych predpisov Rakúskej republiky vo výške 3 645 Sk mesačne a nakoľko suma určená podľa čl. 46 ods. 1 písm. a) cit. nariadenia je vyššia ako suma starobného dôchodku určená podľa čl. 46 ods. 1 písm. b) cit. nariadenia, navrhovateľka má nárok na starobný dôchodok z dôchodkového poistenia Slovenskej republiky vo výške 4 631 Sk mesačne. Zároveň nakoľko suma starobného dôchodku určená podľa čl. 18 ods. 1 písm. a) nariadenia Rady (EHS) č. 574/72 vo výške 3 630 Sk mesačne je nižšia ako suma starobného dôchodku určená podľa čl. 118 ods. 1 písm. b) cit. nariadenia podľa koordinačných nariadení Európskej únie vo výške 4 631 Sk mesačne, navrhovateľke patrí od 1. mája 2004 starobný dôchodok v sume 4 631 Sk mesačne. Starobný dôchodok v sume 4 631 Sk mesačne bol od 1. decembra 2004 zvýšený o 3,4%, t.j. o 158 Sk na sumu 4 789 Sk mesačne, od 1. júla 2005 bol zvýšený o 8,85%, t.j. o 424 Sk na sumu 5 213 Sk mesačne, od 1.6.2006 bol zvýšený o 5,95%, t.j. o 311 Sk na sumu 5 524 Sk mesačne, od 1. júla 2007 bol zvýšený o 6,25%, t.j. o 346 Sk na sumu 5 870 Sk mesačne, od 1. júla 2008 bol zvýšený o 5%, t.j. o 294 Sk na sumu 6 164 Sk mesačne, starobný dôchodok k 1. januáru 2009 po prepočítaní na eurá predstavoval 204, 70 eur a bol zvýšený od 1. januára 2009 o 6,95%, t.j. o 14,30 eur na sumu 219,00 eur mesačne, od 1. januára 2010 bol zvýšený o 3,05%, t.j. o 6,70 eur na sumu 225,70 eur mesačne a od 1. januára 2011 bol zvýšený o 1,80%, t.j o 4,10 eur na sumu 229,80 eur mesačne. Z vykonaného dokazovania mal súd za jednoznačne preukázané, že navrhovateľke podľa § 103 ods. 1 zákona č. 100/1988 Zb. o sociálnom zabezpečení v znení neskorších predpisov, vzhľadom na to, že od roku 1987 mala trvalé bydlisko v Rakúskej republike, nebolo možné priznať starobný dôchodok od XX.X.XXXX. Starobný dôchodok navrhovateľke bolo možné priznať až od 1. júna 2003, t.j. od nadobudnutia platnosti Zmluvy s prihliadnutím na čl. 34 ods. 1 Zmluvy, podľa ktorého Zmluva nezakladá nárok na dávky za obdobie pred nadobudnutím platnosti Zmluvy. Od 1. mája 2004 sa Slovenská republika stala členským štátom Európskej únie a od tohto dňa sa stali koordinačné nariadenia Európskej únie pre Slovenskú republiku záväzné, avšak nakoľko podľa článku 94 ods. 1 nariadenia Rady (EHS) č. 1408/71 o uplatňovaní systémov sociálneho zabezpečenia na zamestnané osoby, samostatne zárobkovo činné osoby a členov ich rodín pohybujúcich sa v rámci spoločenstva žiadne práva vzťahujúce sa na obdobie pred dňom začatia uplatňovania tohto nariadenia nemôžu byť na území Slovenskej republiky priznané, navrhovateľke mohol vzniknúť nárok na starobný dôchodok podľa koordinačných predpisov až od 1. mája 2004 a taktiež až od tohto dátumu bolo možné vykonať jeho zvýšenie. Súd ďalej konštatoval, že nakoľko navrhovateľka bola naposledy zárobkovo činná v roku 1994, odporkyňa správne postupovala, keď sumu starobného dôchodku určila z predpokladaných hrubých zárobkov, ktoré by navrhovateľka dosahovala do roku 1994, kedy bola naposledy zárobkovo činná a takýto spôsob určenia sumy starobného dôchodku je aj v súlade s odôvodneným stanoviskom Európskej komisie č. č. 2010/4170 zo dňa 29.9.2011, podľa ktorého zárobky, z ktorých sa určí suma starobného dôchodku navrhovateľky majú byť aktualizované a revalorizované tak, aby zodpovedali zárobku, ktorý by mohla pravdepodobne zarobiť, ak i naďalej pracovala na území Slovenskej republiky. Požiadavka navrhovateľky, aby suma jej starobného dôchodku mala byť určená zo zárobkov dosiahnutých na území Slovenskej republiky až do roku 2000 vzhľadom na vyššie uvedené je neopodstatnená. V konaní o preskúmanie rozhodnutia správneho orgánu vo veci dôchodkového poistenia sa súd môže zaoberať len posúdením zákonnosti toho rozhodnutia odporkyne, proti ktorému podala navrhovateľka v zákonnej lehote opravný prostriedok a ktoré tak označila za predmet preskúmania. Inými nárokmi ako bolo riešené napadnutým rozhodnutím sa zaoberať nemôže, a preto súd k námietkam navrhovateľky ohľadom spôsobu výplaty starobného dôchodku, vyplatenia trov konania v predchádzajúcom súdnom konaní vedenom pod spis zn. 5 Sd 6/2005, náhrady škody ako aj zvýšenia sirotského dôchodku syna navrhovateľky neprihliadol. Súd sa preto v tomto konaní nemohol zaoberať ani požiadavkou navrhovateľky na vyplatenie úrokov z omeškania, v tejto súvislosti je však nutné tiež uviesť, že pojem úroky z omeškania ani zákon č. 100/1988 Zb. o sociálnom zabezpečení v znení neskorších predpisov a ani zákon č. 461/2003 Z.z. o sociálnom poistení v znení neskorších predpisov nepozná. Súd konštatoval, že odporkyňa pri stanovení dátumu vzniku nároku na starobný dôchodok, pri stanovení dátumu zvýšenia starobného dôchodku navrhovateľky, stanovení spôsobu zvýšenia starobného dôchodku navrhovateľky a pri určení predpokladaných hrubých zárobkov v rokoch 1986 až 1994 ako aj pri zvýšení starobného dôchodku podľa príslušných predpisov o zvyšovaní dôchodkových dávok postupovala správne a v súlade s platnými právnymi predpismi. Súd z vyššie uvedených napadnuté rozhodnutie číslo XXX XXX XXXX zo dňa 18. novembra 2011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https://www.kauzis.sk/judikatura/r/ECLI:SK:KSBA:2014:1011201949.2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