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5Sd/22/2012 z 25. 5. 2014</w:t>
      </w:r>
    </w:p>
    <w:p>
      <w:r>
        <w:t>Uznesenie Krajského súdu Bratislava z 25. mája 2014, sp. zn. 5Sd/22/2012, ECLI:SK:KSBA:2014:1012200118.2</w:t>
      </w:r>
    </w:p>
    <w:p>
      <w:r>
        <w:t>Súd: Krajský súd Bratislava</w:t>
      </w:r>
    </w:p>
    <w:p>
      <w:r>
        <w:t>Spisová značka: 5Sd/22/2012</w:t>
      </w:r>
    </w:p>
    <w:p>
      <w:r>
        <w:t>ECLI: ECLI:SK:KSBA:2014:1012200118.2</w:t>
      </w:r>
    </w:p>
    <w:p>
      <w:r>
        <w:t>Dátum vydania: 25.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5Sd/22/2012 Identifikačné číslo súdneho spisu: 1012200118 Dátum vydania rozhodnutia: 26. 05. 2014 Meno a priezvisko sudcu, VSÚ: JUDr. Milota Tóthová ECLI: ECLI:SK:KSBA:2014:1012200118.2 Uznesenie Krajský súd v Bratislave v právnej veci navrhovateľky Q. Š., bytom O. C. XXXX/XX, K.,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17.10.2011 žiadala preskúmať rozhodnutie odporkyne číslo XXX XXX XXXX zo dňa 11.5.2011, ktorým odporkyňa priznala invalidný dôchodok od 23. septembra 2004 v sume 3 483 Sk mesačne (miera poklesu schopnosti vykonávať zárobkovú činnosť bola určená v rozsahu 60%). Písomným prehlásením zo dňa 2.2.2014 navrhovateľka vzala späť návrh v celom rozsahu z dôvodu, že jej návrhu bolo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https://www.kauzis.sk/judikatura/r/ECLI:SK:KSBA:2014:1012200118.2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