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5S/39/2012 z 22. 4. 2014</w:t>
      </w:r>
    </w:p>
    <w:p>
      <w:r>
        <w:t>Opravné uznesenie Krajského súdu Bratislava z 22. apríla 2014, sp. zn. 5S/39/2012, ECLI:SK:KSBA:2014:1012200152.4</w:t>
      </w:r>
    </w:p>
    <w:p>
      <w:r>
        <w:t>Súd: Krajský súd Bratislava</w:t>
      </w:r>
    </w:p>
    <w:p>
      <w:r>
        <w:t>Spisová značka: 5S/39/2012</w:t>
      </w:r>
    </w:p>
    <w:p>
      <w:r>
        <w:t>ECLI: ECLI:SK:KSBA:2014:1012200152.4</w:t>
      </w:r>
    </w:p>
    <w:p>
      <w:r>
        <w:t>Dátum vydania: 22. 4. 2014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5S/39/2012 Identifikačné číslo súdneho spisu: 1012200152 Dátum vydania rozhodnutia: 23. 04. 2014 Meno a priezvisko sudcu, VSÚ: JUDr. Anna Peťovská PhD. ECLI: ECLI:SK:KSBA:2014:1012200152.4 Opravné uznesenie Krajský súd v Bratislave v právnej veci žalobcu: O. H., Z. 2, I., proti žalovanému: H. riaditeľstvo Policajného zboru v Bratislave, Špitálska 14, Bratislava, o preskúmanie zákonnosti rozhodnutia žalovaného č.p.: KRP-P-DI-BCP-214/2011 zo dňa 17. januára 2012, takto r o z h o d o l : Súd opravuje dátum vyhlásenia rozsudku č. k. 5S/39/2012-42 tak, že tento správne znie 04. februára 2012. o d ô v o d n e n i e : Pri písomnom vyhotovení rozsudku č. k. 5S/39/2012-42 zo dňa 04. februára 2014 došlo k pisárskej chybe, keď ako dátum vyhlásenia tohto rozsudku bol uvedený deň 04. februára 2012. Išlo o zrejmú nesprávnosť, čo vyplýva z obsahu súdneho spisu, o.i. zo zápisnice o pojednávaní zo dňa 04.02.2014. Správnym dátumom vyhlásenia rozsudku tak je tak deň 04. februára 2014.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https://www.kauzis.sk/judikatura/r/ECLI:SK:KSBA:2014:1012200152.4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