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1S/31/2012 z 8. 1. 2014</w:t>
      </w:r>
    </w:p>
    <w:p>
      <w:r>
        <w:t>Rozsudok Krajského súdu Bratislava z 8. januára 2014, sp. zn. 1S/31/2012, ECLI:SK:KSBA:2014:1012200214.2</w:t>
      </w:r>
    </w:p>
    <w:p>
      <w:r>
        <w:t>Súd: Krajský súd Bratislava</w:t>
      </w:r>
    </w:p>
    <w:p>
      <w:r>
        <w:t>Spisová značka: 1S/31/2012</w:t>
      </w:r>
    </w:p>
    <w:p>
      <w:r>
        <w:t>ECLI: ECLI:SK:KSBA:2014:1012200214.2</w:t>
      </w:r>
    </w:p>
    <w:p>
      <w:r>
        <w:t>Dátum vydania: 8. 1. 2014</w:t>
      </w:r>
    </w:p>
    <w:p>
      <w:r>
        <w:t>Forma: Rozsudok</w:t>
      </w:r>
    </w:p>
    <w:p>
      <w:r>
        <w:t>Oblasť práva: Správne právo</w:t>
      </w:r>
    </w:p>
    <w:p>
      <w:pPr>
        <w:pStyle w:val="Heading2"/>
      </w:pPr>
      <w:r>
        <w:t>Text rozhodnutia</w:t>
      </w:r>
    </w:p>
    <w:p>
      <w:r>
        <w:t>Súd: Krajský súd Bratislava Spisová značka: 1S/31/2012 Identifikačné číslo súdneho spisu: 1012200214 Dátum vydania rozhodnutia: 09. 01. 2014 Meno a priezvisko sudcu, VSÚ: JUDr. Nora Halmová ECLI: ECLI:SK:KSBA:2014:1012200214.2 ROZSUDOK V MENE SLOVENSKEJ REPUBLIKY Krajský súd v Bratislave v senáte zloženom z predsedníčky senátu JUDr. Nory Majerníkovej a členiek senátu JUDr. Moniky Valašikovej PhD. a JUDr. Renáty Janákovej, v právnej veci žalobcu: Lesoochranárske zoskupenie VLK, občianske združenie, Tulčík 26, IČO 313 03 862, zastúpený JUDr. Ivetou Rajtákovou, advokátkou, Štúrova 20, Košice, proti žalovanému: Ministerstvo životného prostredia Slovenskej republiky, Námestie Ľ. Štúra č. 1, Bratislava, o preskúmanie zákonnosti rozhodnutia žalovaného číslo 8617/2011-1.10 (29/2011-rozkl.) zo dňa 28.11.2011, jednomyseľne, takto r o z h o d o l : Krajský súd v Bratislave žalobu z a m i e t a. Žalobcovi súd náhradu trov konania nepriznáva. o d ô v o d n e n i e : Žalobou doručenou tunajšiemu súdu dňa 09.02.2012 sa žalobca domáhal preskúmania zákonnosti rozhodnutia žalovaného číslo 8617/2011-1.10 (29/2011-rozkl.) zo dňa 28.11.2011, ktorým bol na základe rozkladu žalobcu zmenený výrok prvostupňového rozhodnutia žalovaného č. 3100/2011-2.2 zo dňa 23.09.2011 o povolení výnimky podľa § 40 ods. 2,3 písm. c/ zák. č. 543/2002 Z.z. o ochrane prírody a krajiny v znení neskorších predpisov (ďalej len zák. č. 543/2002 Z.z.) zo zákazov ustanovených v § 35 ods. 1 písm. a/ zák. č. 543/2002 Z.z., a to usmrtenie jedného jedinca medveďa hnedého v poľovnom revíri Krížna a súčasne zamietlo žiadosť v súlade s § 82 ods. 11 zákona o ochrane prírody a § 46 správneho poriadku v časti týkajúcej sa povolenia výnimky zo zákazov ustanovených § 35 ods. 1 písm. a) zákona o ochrane prírody na usmrtenie, odstrelenie jedného medveďa hnedého v poľovnom revíri Krížna. Zmena prvostupňového rozhodnutia spočívala v určení, že odstrel možno zrealizovať na lokalite Lastovičia, kat. úz. D. H., odo dňa právoplatnosti rozhodnutia do 30.11.2011 posliedkou a postriežkou a od 01.06.2012 do 30.11.2012 posliedkou a postriežkou. V ostatných častiach zostal výrok prvostupňového rozhodnutia nezmenený. Žalobca, ktorý sa zúčastnil uvedeného správneho konania ako jeho účastník, v žalobe namietal, že v konaní bolo porušené jeho právo vyjadriť sa k podkladom rozhodnutia a k spôsobu ich zistenia a navrhnúť ich doplnenie. Poukázal na § 3 ods. 2 a § 33 ods. 2 Správneho poriadku a tvrdil, že z listín, ktoré mu boli v priebehu konania doručené - stanovisko Štátnej ochrany prírody SR (ďalej len ŠOP SR) sp. zn. ŠOP SR/490/2011 zo dňa 01.03.2011, ktorého prílohou je záznam z pracovného stretnutia pracovníkov ŠOP SR ohľadom stanovenia podmienok odlovu medveďa hnedého, konaného dňa 17.02.2011 a stanoviska ŠOP SR k jednotlivým žiadostiam žiadateľov - nevyplýva, čo bolo predmetom žiadosti žiadateľa a hlavne akými skutočnosťami žiadateľ odôvodnil svoju žiadosť o udelenie výnimky zo zákazov podľa § 35 ods. 1 písm. a/ zákona č. 543/2002 Z.z.. Tieto skutočnosti sú pre posúdenie dôvodnosti žiadosti o udelenie výnimky podľa žalobcu podstatné. Poukázal na to, že pokiaľ správny orgán uvádzal v podkladoch rozhodnutia, že vykonal analýzy minuloročnej regulácie a analýzy škôd spôsobených medveďmi v predchádzajúcom roku, potom nie je zrejmé, z akých podkladov vychádzal. S obsahom týchto podkladov žalobcu neoboznámil a neuviedol, či tieto analýzy vyhotovil v písomnej forme alebo boli len stavom informácií a vedomostí zamestnancov správneho orgánu konajúcich v predmetnej veci. Tým, že správny orgán neoboznámil žalobcu, aké konkrétne podklady obsahujú informácie o minuloročnej regulácii a o škodách spôsobených medveďmi v predchádzajúcom roku, neumožnil žalobcovi vyjadriť sa k týmto podkladom ani k spôsobu ich zisťovania, prípadne neumožnil mu navrhnúť ich doplnenie. Žalobca zaujal názor, že pokiaľ je správny orgán povinný podľa § 33 ods. 2 Správneho poriadku dať účastníkom možnosť pred vydaním rozhodnutia vyjadriť sa k jeho podkladu, spôsobu jeho zistenia a navrhnúť jeho doplnenie, potom sa nemôže zbaviť tejto povinnosti odkazom na § 23 ods. 1 Správneho poriadku, ako to urobil žalovaný, keď uviedol, že nič nebránilo žalobcovi využiť svoje práva, ak sa domnieval, že potrebuje viac informácií o predmetnom konaní. Podľa názoru žalobcu správny orgán nemôže porušovať svoje povinnosti vo vzťahu k účastníkom konania preto, lebo podľa jeho mienky im z iného zákonného ustanovenia vyplýva možnosť dosiahnuť rovnaký výsledok stavu poznania podkladu rozhodnutia, ako by tomu bolo, ak by si správny orgán plnil voči účastníkovi konania svoje zákonné povinnosti. Podľa žalobcu neobstojí ani argumentácia žalovaného, analýza regulácie početnosti medveďa hnedého v roku 2010 a analýza škôd spôsobených medveďmi v roku 2010 nemusela byť žalobcovi oboznamovaná, keďže výnimka bola udelená nie na základe § 40 ods. 3 písm. b/ zák. č. 543/2002 Z.z., ale z dôvodu uvedeného v § 40 ods. 3 písm. c/ uvedeného zákona. Žalobca mal za to, že nie je v tejto súvislosti podstatné, akým spôsobom vyhodnotil prvostupňový správny orgán podklady rozhodnutia, dôležité je, že uvedené podklady týkajúce sa škôd, ako aj regulácie početnosti medveďov, boli podkladmi, ktoré správny orgán prvého stupňa pred rozhodnutím obstaral. Ďalšia vada v konaní správneho orgánu nastala podľa žalobcu po vydaní prvostupňového rozhodnutia, keď stanovisko ŠOP SR zo dňa 03.11.2011, ktoré si žalovaný vyžiadal, bolo doručené dňa 21.11.2011 len žalobcovi a nie jeho splnomocnenej právnej zástupkyni, čím boli podľa žalobcu odňaté jeho práva vyplývajúce z § 33 ods. 2 Správneho poriadku. V súvislosti s uvedeným doplnením dokazovania žalobca poukázal na to, že zmena času platnosti výnimky mala v konaní zásadný význam, nakoľko vzhľadom na dátum a obsah prvostupňového rozhodnutia bolo zrejmé, že výnimku v čase určenom prvostupňovým rozhodnutím aj pri jeho potvrdení v rozkladovom konaní nebude možné realizovať. Podľa názoru žalobcu nie je možné zopakovať po takmer trištvrte roku, že dôvody na udelenie výnimky trvajú bez toho, aby táto okolnosť bola zisťovaná prostredníctvom odborných organizácií ŠOP SR, ako to bolo pri prvotnom posudzovaní žiadosti. Ak totiž v priebehu roku 2011 nedošlo k udalostiam, ktoré pôvodne viedli jednotlivé odborné organizácie ŠOP SR k odporúčaniu udeliť výnimku, bolo nevyhnutné sa s takto zistenou skutočnosťou vysporiadať. Žalobca namietal nesúlad výrokovej časti napadnutého rozhodnutia ministra s § 59 ods. 2 Správneho poriadku tvrdiac, že z výroku nevyplýva, že by minister rozklad zamietol. Ani formulácia „v ostatných častiach zostáva výrok rozhodnutia č. 3100/2011-2.2 z 23.09.2011 nezmenený“ podľa žalobcu nezodpovedá zákonu, nakoľko žalovaný mohol potvrdiť rozhodnutie v inej ako zmenenej časti, ak sa domnieval, že je zákonné. Žalobca ďalej namietal, že správny orgán druhého stupňa neuvádza v odôvodnení rozhodnutia žiadne skutkové okolnosti nasvedčujúce tomu, že výnimka udelená rozhodnutím správneho orgánu prvého stupňa podľa § 40 ods. 3 písm. c/ zák. č. 543/2002 Z.z. je dôvodná. Žalobca poukázal na to, že v odôvodnení napadnutého rozhodnutia je uvedené, že žiadateľ svoju žiadosť o povolenie výnimky odôvodnil početnosťou medveďa v poľovnom revíri a zvýšenou potrebou ochrany zdravia a bezpečnosti obyvateľov podľa § 40 ods. 3 písm. c/ a zákona, pričom takto sú formulované dôvody uvádzané žiadateľom vo všetkých rozhodnutiach o rozkladoch žalobcu, bez ohľadu na dôvody žiadateľa vyplývajúce z vyjadrenia ŠOP SR a z prvostupňového rozhodnutia. Žalobca tiež poukázal na to, že podľa napadnutého rozhodnutia ministerstvo žiadosti užívateľov poľovných revírov posudzuje z podkladov, ktoré mu pripravuje ŠOP SR na základe zisťovania vývoja populácie medveďa hnedého na Slovensku i v jeho jednotlivých geomorfologických celkoch, vyhodnocovania evidovaných škôd spôsobených týmto živočíchom na hospodárskych zvieratách, ale aj možného ohrozenia obyvateľov. Žalobca namietal, že bol oboznámený len s konkrétnym stanoviskom ŠOP SR ku konkrétnej žiadosti žiadateľa, ktorá neobsahuje žiadne údaje týkajúce sa všeobecnej populácie medveďa hnedého na Slovensku, jej vývoja a ohrozenia. Žalobca s poukazom na § 40 ods. 2 zákona č. 543/2002 Z.z. namietal nedostatočné zistenie skutkového stavu a tvrdil, že správny orgán mal zisťovať odôvodnenosť žiadosti o udelenie výnimky na usmrtenie medveďa hnedého, neexistenciu inej alternatívy a tiež skutočnosť, či výnimka neohrozí zachovanie populácie dotknutého druhu. Z napadnutého rozhodnutia nie je podľa žalobcu zrejmé, v čom konkrétne spočíva odôvodnenosť potreby udeliť výnimku na usmrtenie medveďa hnedého z dôvodu ochrany verejnej bezpečnosti a verejného zdravia. Nedostatočné zistenie skutkového stavu sa podľa žalobcu týka druhostupňového zmeňujúceho výroku napadnutého rozhodnutia so zreteľom na dobu, v ktorej žiadateľ môže realizovať udelenú výnimku. Vyjadrenie ŠOP SR pre konanie vo veciach rozkladov žalobcu nemožno podľa jeho názoru považovať za také, ktoré dopĺňa zistenie skutkového stavu v dostatočnom rozsahu. Žalobca tvrdil, že napadnuté rozhodnutie je nepreskúmateľné pre nezrozumiteľnosť a pre nedostatok dôvodov, nakoľko z obsahu odôvodnenia rozhodnutia nie je zrejmá žiadna konkretizácia dôvodov udelenej výnimky na posudzovanú vec. Žalobca poukázal na to, že všetky rozhodnutia o udelenie výnimky vydané v roku 2011 na usmrtenie - odstrel medveďa hnedého obsahujú od slova do slova to isté odôvodnenie, pričom sa líšia len v častiach, ktoré vymenúvajú podklady rozhodnutia (najmä listiny, s ktorými žalobca nebol oboznámený) a uvádzajú názov poľovného revíru, v ktorom sa výnimka udeľuje. Takáto totožnosť odôvodnení prvostupňových rozhodnutí vylučuje, aby správny orgán v zmysle § 47 ods. 3 Správneho poriadku v odôvodnení rozhodnutia uviedol, akými úvahami bol vedený pri hodnotení dôkazov, ako použil správnu úvahu pri použití právnych predpisov, na základe ktorých rozhodoval a ako sa vyrovnal s námietkami účastníkov konania a z ich vyjadreniami k podkladom rozhodnutia. V odôvodnení rozhodnutia podľa žalobcu absentujú úvahy správneho orgánu o tom, akým spôsobom vyhodnotil prísnu ochranu medveďa hnedého zakotvenú v Smernici Rady 92/43/EHS (Smernica o biotopoch), aké dôvody z hľadiska ochrany verejnej bezpečnosti a verejného zdravia boli tie, ktoré prevýšili nad záujmom na ochranu medveďa hnedého ako prioritného druhu, za zachovanie ktorého má spoločenstvo mimoriadnu zodpovednosť (čl. 1 písm. h/ Smernice o biotopoch). Žalovaný v písomnom vyjadrení k obsahu žaloby uviedol, že žalobcu upovedomil o začatom správnom konaní o povolenie výnimky zo zákazov ustanovených v § 35 ods. 1 zák. č. 543/2002 Z.z., umožnil mu vyjadriť sa k podkladom rozhodnutia a konal s ním ako s účastníkom konania na základe výkladu ustanovení čl. 9 ods. 3 Aarhuského dohovoru, judikovaného Najvyšším súdom SR, ktorý priznal žalobcovi v správnych konaniach povolenie výnimky na odstrel medveďa hnedého procesné postavenie účastníka konania. Žalovaný uviedol, že v oboznámení s podkladmi rozhodnutia presne označil predmet žiadosti žiadateľa, keď žalobcu informoval, že poľovnícke subjekty sa obrátili na ministerstvo so žiadosťami o povolenie výnimky zo zákazov ustanovených zákonom č. 543/2002 Z.z. spočívajúcimi v umožnení usmrtiť jedince chráneného druhu živočícha - medveďa hnedého v rámci regulácie početnosti v roku 2011. Predmet konkrétnej žiadosti žiadateľa bol označený aj v odbornom stanovisku ŠOP SR, ktoré slúžilo ako podklad pre rozhodovaciu činnosť žalovaného. V druhostupňovom konaní žalovaný oboznámil žalobcu listom zo 14.11.2011 s doplnením dokazovania - stanoviskom ŠOP SR z 03.11.2011. Z týchto dôvodov sa žalovaný nestotožnil s námietkou žalobcu, že nebol dostatočne informovaný o predmete žiadosti žiadateľa a o skutočnostiach odôvodňujúcich udelenie výnimky zo zákazu podľa § 35 ods. 1 písm. a/ zák. č. 543/2002 Z.z.. K námietkam žalobcu ohľadom neposkytnutia analýzy regulácie početnosti medveďa hnedého v roku 2010 a analýzy škôd spôsobených medveďmi v roku 2010 žalovaný uviedol, že výnimka bola povolená podľa § 40 ods. 3 písm. c/ zákona, pričom dôvodom na jej povolenie bol najmä zvýšený počet jedincov medveďa hnedého vyskytujúcich sa v poľovnom revíri Krížna a pozorovaná zvýšená frekvencia stretnutí tohto živočícha s obyvateľmi priľahlých obcí a s turistami, a to nielen v jeho prirodzených biotopoch, ale aj v zastavanom území. Z uvedeného dôvodu sa podľa žalovaného stalo nadbytočným posudzovať analýzu regulácie početnosti medveďa hnedého a analýzu škôd spôsobených medveďmi v roku 2010 a nechávať účastníkov konania vyjadriť sa k takémuto typu podkladov rozhodnutia, nakoľko tieto podklady by mali význam iba pri povolení výnimky z dôvodov ustanovených v § 40 ods. 3 písm. b/ zák. č. 543/2002 Z.z.. Žalovaný ďalej uviedol, že v konaní bol riadne zistený skutkový stav, pričom ohrozenie zdravia a života obyvateľov v zmysle § 40 ods. 3 písm. c/ zák. č. 543/2002 Z.z. naďalej pretrvávalo. Vzhľadom na to, že v čase rozhodovania odvolacieho správneho orgánu bolo zrejmé, že povolenie výnimky na odstrel medveďa v termíne do 30.11.2011 alebo do 15.12.2011 nebude možné v praxi zrealizovať, odvolací správny orgán majúc na zreteli ochranu verejného zdravia a verejnej bezpečnosti ľudí v zmysle uvedeného ustanovenia žiadal ŠOP SR o poskytnutie stanoviska k povoleniu predmetnej výnimky na rok 2012. Doručenie listu predsedu osobitnej komisie ministra životného prostredia SR pre konanie vo veciach rozkladov zo dňa 14.11.2011 a stanoviska ŠOP SR z 03.11.2011 žalobcovi a nie jeho právnej zástupkyni nemohlo mať podľa žalovaného vplyv na zákonnosť napadnutého rozhodnutia, ani ním nedošlo k odňatiu práv žalobcu podľa § 33 ods. 2 Správneho poriadku, keďže uvedené dokumenty boli zasielané účastníkom konania iba na vedomie a účastníci mali v správnom konaní dostatočný priestor na uplatnenie všetkých svojich procesných práv a právom chránených záujmov. Vzhľadom na dĺžku správneho konania pred prvostupňovým orgánom, na časovú podmienku stanovenú v prvostupňovom rozhodnutí, bolo potrebné čiastočne zmeniť výrok prvostupňového rozhodnutia a určiť v zmysle § 82 ods. 12 zák. č. 543/2002 Z.z. nový termín na vykonanie odstrelu, nakoľko v predmetnej lokalite naďalej trval stav ohrozenia verejného zdravia alebo verejnej bezpečnosti ľudí a pretrvávali dôvody, na základe ktorých žalovaný povolil žiadateľovi požadovanú výnimku. Vzhľadom na to, že zmena výroku prvostupňového rozhodnutia sa nedotýkala skutkovej a vecnej stránky konania, ale spočívala len v určení novej lehoty na vykonanie rozhodnutia, odvolací orgán nebol podľa názoru žalovaného viazaný povinnosťou doplniť dokazovanie o ďalšie skutočnosti, pričom pri určení novej lehoty vychádzal zo záverov odborného stanoviska ŠOP SR, v ktorom nebolo odporučené realizovať regulačný odstrel v jarnom období. K námietkam týkajúcim sa nepreskúmateľnosti napadnutého rozhodnutia žalovaný uviedol, že § 40 ods. 2 zák. č. 543/2002 Z.z. umožňuje orgánu ochrany prírody povoliť výnimku z podmienok ochrany chránených druhov len v prípade, že neexistuje iná alternatíva a výnimka neohrozí zachovanie populácie dotknutého druhu. S neexistenciou alternatívneho riešenia danej situácie sa žalovaný v rozhodnutí vysporiadal, oslovil všetky zoologické záhrady v Slovenskej i Českej republike, avšak žiadna z nich nebola schopná odchyteného jedinca umiestniť do svojho zariadenia. Pokiaľ ide o požiadavku zachovania populácie dotknutého druhu žalovaný považoval za smerodajné odborné stanovisko ŠOP SR, ktorá usmrtenie jedného jedinca chráneného druhu živočícha medveďa hnedého za dodržania stanovených podmienok nepovažuje za skutočnosť ohrozujúcu jeho populáciu v dotknutom území. Podobnosti v odôvodnení rozhodnutí vydaných v skutkovo podobných prípadoch sú podľa žalovaného spôsobené skutočnosťou, že vo všetkých posudzovaných prípadoch je skutkový stav veci v základných črtách rovnaký, nakoľko sa jedná o povolenie výnimky na odstrel chráneného druhu živočícha - medveďa hnedého z dôvodu jeho premnoženia na určitých lokalitách, kde hrozí stret tohto živočícha s ľuďmi a kde je odôvodnená potreba predchádzať stretom s medveďmi v záujme verejného zdravia alebo verejnej bezpečnosti ľudí. Podobnosť v odôvodneniach jednotlivých rozhodnutí je podľa žalovaného daná tiež potrebou dodržania zásady materiálnej rovnosti podľa § 3 ods. 5 Správneho poriadku, podľa ktorej správne orgány dbali na to, aby v rozhodovaní o skutkovo zhodných alebo podobných prípadoch nevznikali neodôvodnené rozdiely. Žalovaný uviedol, že podané žiadosti užívateľov poľovných revírov každoročne posudzuje z podkladov, ktoré mu pripravuje ŠOP SR na základe zisťovania vývoja populácie medveďa hnedého na celom území SR i v jeho jednotlivých geomorfologických celkoch. Vyhodnocované sú evidované škody spôsobené týmto živočíchom na hospodárskych zvieratách, ale aj možné ohrozenia obyvateľov, pričom jednotlivé správy chránených oblastí, ktoré sú súčasťami ŠOP SR, hodnotia každú jednotlivú žiadosť s prihliadnutím na konkrétne podmienky výskytu medveďa hnedého na lokalitách špecifikovaných v žiadosti a s prihliadnutím na opodstatnenosť povolenia výnimky na odstrel medveďa hnedého pri súčasnom splnení podmienok stanovených v § 40 ods. 3 zák. č. 543/2002 Z.z.. Žalovaný odmietol, že v rozhodnutiach sú uvedené iba všeobecné konštatovania a že sa správny orgán nevysporiadal s konkrétnymi námietkami žalobcu a s konkrétnou situáciou vyplývajúcou z predloženej žiadosti o povolenie výnimky. V napadnutom rozhodnutí je uvedený podrobný výpočet podmienok k odstrelu medveďa hnedého i závery a stanoviská ŠOP SR k žiadosti žiadateľa pre konkrétny poľovný revír, v ktorom bola žiadosť analyzovaná s prihliadnutím na konkrétny stav populácie medveďa hnedého v danej lokalite. Rozhodnutie o rozklade sa podrobne zaoberá námietkami žalobcu a ku každej jednotlivej námietke sú uvedené dôvody a úvahy správneho orgánu, na základe ktorých dospel k záverom, že v danom prípade je potrebné výnimku povoliť. Pokiaľ ide o namietanú nesprávnosť v právnom posúdení veci žalovaný uviedol, že výnimka bola povolená s ohľadom na zvýšenú frekvenciu stretnutí tohto živočícha s obyvateľmi priľahlých obcí a s turistami i v zastavanom území. Potreba rozhodnúť o povolení výnimky vystáva podľa žalovaného v súvislosti s naliehavosťou riešenia otázky ochrany zdravia a bezpečnosti obyvateľov v niektorých častiach Slovenska. Žalovaný uviedol, že pre posúdenie odôvodnenosti povolenia výnimky a zákonom určených podmienok podľa § 40 zák. č. 543/2002 Z.z., najmä či neexistuje iná alternatíva ako je odstrel jedincov chráneného druhu a či výnimka neohrozí zachovanie jeho populácie, zorganizovala ŠOP SR dňa 17.02.2011 pracovné stretnutie zoológov svojich jednotlivých organizačných útvarov s územnou pôsobnosťou na území areálu výskytu medveďa hnedého na Slovensku, pričom na tomto rokovaní boli konkrétne posúdené jednotlivé žiadosti užívateľov poľovných revírov o povolenie výnimky z ochrany medveďa hnedého a boli navrhnuté podmienky vykonania povolenej činnosti v zmysle § 82 ods. 12 uvedeného zákona. V rámci tohto stretnutia bola podľa žalovaného vyhodnotená osobitne aj žiadosť konkrétneho žiadateľa s prihliadnutím na konkrétne podmienky výskytu jedincov medveďa hnedého v lokalite špecifikovanej v žiadosti a s prihliadnutím na skutočnosť, či v konkrétnom prípade boli alebo neboli splnené podmienky povolenia výnimky podľa § 40 ods. 3 zák. č. 543/2002 Z.z.. Proces povoľovania výnimiek na odstrel jedincov chráneného druhu živočícha medveďa hnedého bol teda podľa žalovaného posudzovaný komplexne, po zhromaždení všetkých žiadostí o povolenie výnimky v danom roku a na základe podkladov ŠOP SR reflektujúcich vývoj populácie tohto živočícha na území celého Slovenska. Z uvedených dôvodov navrhol žalovaný žalobu ako nedôvodnú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Z pripojených administratívnych spisov žalovaného súd zistil, že dňa 03.01.2011 bola žalovanému doručená žiadosť Poľovníckej spoločnosti Krížna D. H. o udelenie výnimky z § 35 ods. 1 zák. č. 543/2002 Z.z. za účelom regulačného lovu medveďa hnedého v roku 2011 v počte 2 kusy. V žiadosti uviedol žiadateľ odhadované údaje o počte medveďov v poľovnom revíri, pričom žiadosť odôvodnil tým, že stav medveďov v poľovnom revíri je neprimeraný, dochádza k častým stretom medveďa s ľuďmi, vznikajú škody na včelstvách, poľnohospodárskych zvieratách i poľovnej zvery. K žiadosti doložil žiadateľ výzvu obce D. H. o požiadanie výnimky na odstrel medveďa hnedého, list Poľnohospodárskeho družstva D. H. o škode a záznam T.. G.. P. X., I.. o stave populácie medveďa hnedého v záujmovom území PZ Krížna v Nízkych Tatrách, ktorý žiadali o riešenie situácie vzniknutej výrazným premnožením daného živočíšneho druhu. Na základe žiadosti žalovaného vypracovala ŠOP SR stanovisko k regulačnému odlovu medveďa hnedého v roku 2011, v ktorom uviedla čas, spôsob a podmienky odlovu, pričom navrhla povoliť výnimku na regulačný lov jedného jedinca s hmotnosťou do 100 kg. Podľa vyjadrenia ŠOP SR sa dňa 17.02.2011 konalo pracovné stretnutie pracovníkov z odboru zoológie z dotknutých území, kde boli predložené žiadosti na povoľovanie výnimiek na regulačný odlov medveďa hnedého v roku 2011 a boli dohodnuté podmienky regulačného odlovu v uvedenom roku. Podľa záverov uvedených v zázname z tohto pracovného stretnutia škoda spôsobená veľkými šelmami na poľnohospodárskych kultúrach, poľovnej zvery, včelstvách, majetku, hospodárskych zvieratách a zdraví obyvateľstva sa bude zohľadňovať pri vydávaní výnimky na odlov len v prípade, ak bude preverená zo strany ŠOP SR. Vyjadrenia obcí, ktoré sa budú nachádzať len v prílohách žiadostí o odlov medveďa hnedého, bez predchádzajúceho oboznámenia príslušnej organizačnej jednotke ŠOP SR o danej ohrozujúcej situácii s jedincami medveďa hnedého v ich intraviláne a v jeho blízkosti, sa nebudú zohľadňovať v stanovisku ŠOP SR pri navrhnutí vydania výnimky na odlov medveďa hnedého. Uvedené stanovisko ŠOP SR bolo aj s prílohami doručené žalobcovi v prílohe listu zo dňa 07.03.2011 s tým, aby sa k podkladom rozhodnutia v stanovenej lehote vyjadril. Žalobca tak urobil, pričom vo svojom podrobnom vyjadrení zaujal názor, že nebolo preukázané splnenie podmienok stanovených zákonom na povolenie výnimky z ochrany medveďa hnedého. Rozhodnutím č. 3100/2011-2.2 zo dňa 23.09.2011 žalovaný v zmysle § 40 ods. 2 ods. 3 písm. c/ povolil výnimku zo zákazov ustanovených v § 35 ods. 1 písm. a/ zákona č. 543/2002 Z.z. a povolil žiadateľovi v časti A výroku rozhodnutia usmrtiť - odstreliť - jedného jedinca medveďa hnedého v poľovnom revíri Krížna a v časti B výroku rozhodnutia žiadosť čiastočne zamietol , pričom stanovil podmienky rozhodnutia v zmysle § 82 ods. 12 zákona. V odôvodnení rozhodnutia žalovaný poukázal na stanovisko ŠOP SR k žiadosti žiadateľa, zrekapituloval argumentáciu žalobcu z jeho vyjadrenia k podkladom rozhodnutia, pričom uviedol, že všetky žiadosti žiadateľov o povolenie usmrtiť medveďa hnedého v roku 2011 boli zaslané žalobcovi prostredníctvom jeho komunikačného odboru. Žalovaný mal za to, že pokiaľ potreboval žalobca viac informácií o predmetnom konaní, mohol využiť svoje právo v zmysle § 23 ods. 1 Správneho poriadku nazrieť do spisu a urobiť si z neho výpisy a odpisy. Žalovaný ďalej uviedol, že podľa zistených údajov ŠOP SR i žiadateľa o výnimku populácia medveďa hnedého v poľovnom revíry nie je ohrozená, naopak všetko nasvedčuje tomu, že tento chránený druh živočícha v tomto revíry prosperuje a jeho populácia narastá. Niet preto podľa žalovaného dôvod spochybňovať splnenie základnej podmienky pre povolenie výnimky na usmrtenie tohto živočícha, ktorou je, že povolená výnimka neohrozí zachovanie populácie tohto druhu. V súvislosti s posúdením existencie alternatívy k povoleniu výnimky sa žalovaný zaoberal možnosťou odchytu medveďov a ich prípadného umiestnenia do ZOO alebo do iných lokalít, pričom oslovil všetky ZOO v SR aj ČR, ktoré však o medveďa hnedého neprejavili záujem. Nerealizovateľné je tiež podľa žalovaného premiestňovanie medveďov do iných lokalít z dôvodu, že odchytené synantropné medvede sú navyknuté hľadať potravu pri ľudských obydliach, čím by sa len problém preniesol na iné miesto. Žalovaný tiež uviedol, že aby sa predišlo k stretom medveďov s ľuďmi, je potrebné udržiavať populáciu medveďa hnedého v takom počte a na takom areáli, aby nedochádzalo k jeho rozširovaniu tam, kde nie je dostatok prirodzenej potravy. Povolenie výnimky na usmrtenie medveďa hnedého v stanovenej lokalite je podľa žalovaného možné považovať za riešenie preventívneho charakteru, ktoré je v záujme ochrany a bezpečnosti obyvateľov, tak ako to vyžaduje § 40 ods. 3 písm. c/ zákona č. 543/2002 Z.z. Proti prvostupňovému rozhodnutiu žalovaného podal žalobca rozklad. V rámci konania o rozklade žalobcu žalovaný požiadal ŠOP SR o stanovisko vo veci regulačného odlovu chráneného druhu živočícha medveďa hnedého v roku 2012 a to z dôvodu, že vzhľadom na dĺžku správnych konaní v roku 2011 by rozhodnutia žalovaného o povolení výnimky v roku 2012 už nemuseli byť v praxi vykonateľné. Preto si žalovaný vyžiadal stanovisko k odlovu v období od 01.06.2012 do 30.11.2012 posliedkou a postriežkou vo vzťahu ku konaniam, ktoré zosumarizoval v prílohe svojej žiadosti. V odpovedi na uvedenú žiadosť zaujala ŠOP SR stanovisko, podľa ktorého dôvod, pre ktorý bolo odporučené vydať výnimky na odlov medveďov hnedých na predmetných poľovných revíroch, je stále aktuálny a nepominul sa. Preto odporúčala predĺženie platnosti rozhodnutí tak, ako navrhol žalovaný. Uvedený list ŠOP SR bol zaslaný účastníkom konania, vrátane žalobcu, dňa 14.11.2011. Dňa 28.11.2011 minister životného prostredia rozhodnutím č. 8617/2011-1.10 (29/2011- rozkl.) zmenil výrok prvostupňového rozhodnutia žalovaného tak, ako je uvedené v prvom odseku odôvodnenia tohto rozsudku. Zmenu výrokovej časti prvostupňového rozhodnutia žalovaný odôvodnil tým, že v čase nadobudnutia právoplatnosti rozhodnutia by už mohla byť lehota na vykonanie regulačného odstrelu nerealizovateľná. Poukázal na doplnené stanovisko ŠOP SR a uviedol, že nakoľko zmena výroku sa nedotýkala skutkovej a vecnej stránky konania, ale spočívala len v určení novej lehoty na vykonanie rozhodnutia, nebol druhostupňový orgán viazaný povinnosťou doplniť dokazovanie o ďalšie skutočnosti.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Povinnosťou žalovaného v konaní o udelenie výnimky zo zákazov ustanovených zákonom č. 543/2002 Z.z. je postupovať podľa Správneho poriadku, ktorého právnemu režimu toto konanie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vyjadrenia účastníka, ak sa účastník svojho práva na vyjadrenie výslovne vzdá, alebo ostane v stanovenej lehote nečinný. Pokiaľ správny orgán vydá rozhodnutie vo veci samej bez toho, aby umožnil účastníkovi vyjadriť sa ku všetkým relevantným podkladom, na základe ktorých vo veci rozhodol, ide o procesné pochybenie správneho orgánu a teda o takú vadu, ktorá môže mať vplyv na zákonnosť rozhodnutia (porovnaj napr. rozsudky Najvyššieho súdu SR 6Sžo/55/2010, 5Sž/24/2008, 4Sžo/10/2011, 3Sžd/72/2009, rozsudky Najvyššieho správneho súdu ČR 7A 112/2002 a 7As 40/2003) Z preskúmavaných rozhodnutí i z administratívneho spisu vyplýva, že okrem už spomínaných stanovísk ŠOP SR boli podkladom pre rozhodnutie žalovaného i žiadosť poľovníckej organizácie o udelenie výnimky a k nej pripojené prílohy týkajúce sa nežiaduceho správania sa medveďa hnedého v danom území, či lokalite. Je nesporné, že žalobcovi neboli v priebehu konania tieto podklady doručené s tým, aby sa k nim vyjadril. Bolo mu oznámené, že pokiaľ mu podklady a informácie, s ktorými bol oboznámený, nestačia, má v zmysle § 23 Správneho poriadku právo nazrieť osobne do spisu. Uvedený postup žalovaného bol podľa názoru súdu v rozpore s § 3 ods. 2 v spojení s § 33 ods. 2 Správneho poriadku, nakoľko žalovaný neumožnil, aby sa žalobca mohol pred vydaním rozhodnutia vyjadriť ku všetkým podkladom, o ktoré správny orgán oprel svoje rozhodnutie, k spôsobu ich zistenia, prípadne navrhnúť ich doplnenie. Žalobca na viac vo svojom vyjadrení k začatému konaniu výslovne žiadal o možnosť oboznámiť sa s uvedenými podkladmi. Súd je toho názoru, že za daných okolností žalovaný mal žiadosť o udelenie výnimky a nej pripojené prílohy, ako aj všetky ostatné podklady, na základe ktorých rozhodoval, žalobcovi predložiť na vyjadrenie, či už v elektronickej podobe, alebo doručením ich fotokópií (napr. aj za náhradu nákladov s tým spojených). Súd je tej mienky, že právo účastníka vyjadriť sa k podkladom rozhodnutia nemožno zamieňať s právom nazerať do spisov správneho orgánu a tvrdiť, že pokiaľ má účastník právo nazrieť do spisu, nemôže byť porušené jeho právo vyjadriť sa k podkladom rozhodnutia, pretože ide o dve samostatné a vzájomne nezastupiteľné oprávnenia, každým z nich sa sleduje iný účel. Naplnenie práva na vyjadrenie sa k podkladom rozhodnutia sa môže nepochybne realizovať aj inou formou, ako možnosťou nazrieť do spisu. Predmetné procesné pochybenie predstavuje takú vadu konania, ktorá by bez ďalších súdom zistených okolností mohla mať vplyv na zákonnosť napadnutého rozhodnutia. Ako však súd zistil v priebehu konania, žalobca v zmysle zákona č. 211/2000 Z.z. o slobodnom prístupe k informáciám a o zmene a doplnení niektorých zákonov (zákon o slobode informácií) požiadal o sprístupnenie vyššie opisovaných listín a tieto mu boli všetky zaslané a to ešte pred vydaním rozhodnutia žalovaného o rozklade. Žalobca teda mal možnosť sa oboznámiť s uvedenými podkladmi rozhodnutia, hoci sa k nim dostal mimoprocesnou cestou. Súd považuje za potrebné zdôrazniť, že ani inštitút sprístupňovania informácii povinnou osobou podľa osobitného právneho predpisu nemožno zamieňať s povinnosťou správneho orgánu podľa § 32 ods. 2 Správneho poriadku a preto postup žalovaného nemožno považovať za štandardný a zákonný. Pre daný prípad je však nutné konštatovať, že v konečnom dôsledku bol žalobca oboznámený s podkladmi rozhodnutia žalovaného a nič mu nebránilo na ne vhodne a včas reagovať, ak to považoval za potrebné. Vyššie uvedený procesný nedostatok v postupe žalovaného, ktorý neumožnil žalobcovi ako účastníkovi správneho konania realizovať v rámci konania právo vyplývajúce z § 32 ods. 2 Správneho poriadku, nemal za daných okolností podľa názoru súdu vplyv na zákonnosť napadnutého rozhodnutia a nebolo preto potrebné zrušiť žalobou napadnuté rozhodnutie podľa § 250j ods. 2 písm. e/ O.s.p. Pokiaľ ide o analýzy minuloročnej regulácie a analýzy škôd spôsobených medveďmi v predchádzajúcom roku, na ktoré poukazoval žalovaný v liste, ktorým žalobcu oboznamoval s podkladmi rozhodnutia, tieto z dôkazného hľadiska neboli podkladmi rozhodnutia, nakoľko sa v písomne spracovanej podobe v spise nenachádzajú a žalovaný z nich nevyvodil žiadne konkrétne skutkové zistenia, o ktoré by oprel rozhodnutie o výnimke. Je nepochybné, že odborné orgány ŠOP SR, ktoré v konaní o udelenie výnimiek zaujímajú stanoviská pre potreby rozhodovania žalovaného, monitorujú stav medveďov v jednotlivých lokalitách ich výskytu, vyhodnocujú škody spôsobené medveďmi i realizáciu udelených výnimiek, o čom svedčia aj vyjadrenia ŠOP SR k jednotlivým žiadostiam žiadateľov o výnimku. V prejednávanej veci však žiadne konkrétne analýzy zachytené v písomnej forme neboli podkladom rozhodnutia a preto žalovaný nemal s čím žalobcu v zmysle § 33 ods. 2 Správneho poriadku oboznamovať. Z tohto hľadiska teda zákon v konaní porušený nebol. Podľa § 25 ods. 5 Správneho poriadku ak má účastník konania zástupcu s plnomocenstvom na celé konanie, písomnosť určená do vlastných rúk sa doručuje iba tomu zástupcovi. Ustanovenia odsekov 1 až 3 sa vzťahujú na toto doručovanie. Ak však účastník konania má osobne v konaní niečo vykonať, doručuje sa písomnosť nielen zástupcovi, ale aj jemu. Vzhľadom na to, že žalobca bol v správnom konaní zastúpený advokátkou s plnomocenstvom na všetky úkony, bolo v zmysle § 25 ods. 5 Správneho poriadku povinnosťou žalovaného doručovať všetky písomnosti určené žalobcovi tejto zástupkyni. Doručenie podkladov rozhodnutia dňa 21.11.2011 len žalobcovi bolo nepochybne porušením zákona a vadou v konaní správneho orgánu, avšak táto vada nemohla mať za následok nezákonnosť rozhodnutia, pretože žalobca i jeho právny zástupca sa o obsahu doručovaných listín dozvedeli, vyjadrili sa k nim a zo žiadneho úkonu neboli uvedeným pochybením žalovaného vylúčený, či inak ukrátený na svojich právach. Pokiaľ ide o zmenu prvostupňového rozhodnutia v konaní o rozklade, je zrejmé, že jej dôvodom bola výlučne potreba zabezpečiť realizovateľnosť výnimky, pretože čas do 15.12.2011, dokedy sa mal odstrel uskutočniť, nebolo možné z dôvodu dĺžky rozkladového konania dodržať, nakoľko len 28.11.2011 minister vydal rozhodnutie o rozklade. Správny orgán druhého stupňa postupoval podľa názoru súdu v medziach zákona, keď si v rozkladovom konaní vyžiadal stanovisko ŠOP SR k predĺženiu času realizácie výnimky, ktoré zaslal aj žalobcovi. Vzhľadom na dôvod povolenia výnimky, ktorým bola obava o bezpečnosť a zdravie obyvateľov, nebolo podľa názoru súdu nevyhnutné preverovať skutočnosti tvoriace základ žiadosti o výnimku inak ako uvedeným dopytom. Tieto sa totiž v horizonte niekoľkých mesiacov reálne zmeniť nemôžu, pretože pokiaľ by aj boli v predmetnej lokalite zaznamenané nebezpečné strety človeka s medveďom v blízkosti ľudských obydlí, nebezpečenstvo pre život a zdravie ľudí v tak krátkom časovom úseku nemôže pominúť. Podľa § 59 ods. 1, 2 Správneho poriadku odvolací orgán preskúma napadnuté rozhodnutie v celom rozsahu; ak je to nevyhnutné, doterajšie konanie doplní, prípadne zistené vady odstráni. Ak sú pre to dôvody, odvolací orgán rozhodnutie zmení alebo zruší, inak odvolanie zamietne a rozhodnutie potvrdí. K námietke o nesúlade výrokovej časti napadnutého druhostupňového rozhodnutia s § 59 ods. 2 Správneho poriadku zaujal súd názor, že nakoľko minister v rozkladovom konaní zmenil prvostupňové rozhodnutie žalovaného iba čiastočne a rozsah tejto zmeny výslovne vo výroku druhostupňového rozhodnutia vymedzil, postupoval v súlade s uvedeným ustanovením Správneho poriadku. Výrok druhostupňového rozhodnutia, podľa ktorého v ostatných (zmenou nedotknutých) častiach zostáva výrok prvostupňového rozhodnutia nezmenený, je podľa názoru súdu taktiež v medziach zákona. Naopak, priečil by sa zákonu taký výrok druhostupňového rozhodnutia, ktorým by sa v nezmenenej časti prvostupňové rozhodnutie potvrdilo, pretože správny orgán druhého stupňa odvolanie (rozklad) zamieta a prvostupňové rozhodnutie potvrdzuje len vtedy, ak nie sú dôvody pre zmenu alebo zrušenie prvostupňového rozhodnutia. Ak teda minister v rozkladovom konaní čiastočne zmenil prvostupňové rozhodnutie, nemohol ho zároveň v ktorejkoľvek inej časti potvrdiť. Podľa § 35 ods. 1 zákona č. 543/2002 Z.z.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zákona č. 543/2002 Z.z.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Pokiaľ ide o hmotnoprávnu stránku veci, súd rovnako ako v rozhodnutiach týkajúcich sa povoľovania výnimiek na odstrel medveďa hnedého v roku 2007 (napr. sp. zn. 2S 233/07) konštatuje, že celoročná druhová ochrana medveďa hnedého ako chráneného živočícha európskeho významu je zabezpečená na základe zákona č. 543/2002 Z.z.,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Zo stanovísk ŠOP SR k žiadostiam o povolenie výnimky i zo samotných žiadostí poľovníckych združení je zrejmé, že medveď hnedý ako chránený živočíšny druh na území Slovenska prosperuje a jeho populácia narastá, pričom na tomto trende nič nemení ani každoročný odstrel medveďov na základe povolených výnimiek. Súd nie je kompetentný spochybňovať údaje odborných organizácií ŠOP SR konštatujúce pozitívny vývoj populácie tohto živočíšneho druhu na Slovensku a tým ani splnenie základnej podmienky pre povolenie výnimky na usmrtenie medveďa hnedého, ktorou je skutočnosť, že povolená výnimka neohrozí zachovanie populácie tohto druhu. Uvedenú podmienku považoval súd za splnenú aj napriek tomu, že žalovaný mal k dispozícii pri rozhodovaní o povolení výnimky len kvalifikované odhady o počtoch medveďov v poľovných revíroch, nakoľko sčítanie populácie tohto druhu na Slovensku stále neprebehlo. Rovnako súd nie je kompetentný posúdiť ani existenciu inej reálnej alternatívy k povoleniu výnimky. Preto mohol len konštatovať, že pokiaľ sa žalovaný v tejto súvislosti zaoberal možnosťou odchytu medveďov a ich prípadného umiestnenia napr. do niektorej ZOO, pričom žiadna z nich o medveďa hnedého neprejavila záujem, nepostupoval v rozpore so zákonom. Faktom je, že žiadna iná reálna alternatíva k povoleniu výnimky v konaní riešená ani navrhovaná nebola. Na viac z povahy veci je zrejmé, že pokiaľ dochádza k ohrozeniu zdravia a bezpečnosti obyvateľov najmä v dôsledku synantropizácie medveďa hnedého v posudzovaných lokalitách, nie je možné v reálnom čase situáciu riešiť inak ako udelením výnimky na usmrtenie tohto živočícha.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 č. 543/2002 Z.z. je možné len vtedy, keď z konkrétnych okolností existujúcich v danom území, pre ktoré sa výnimka požaduje, možno vyvodiť ohrozenie záujmu na ochrane bezpečnosti a zdravia obyvateľov daného územia. Ako súd v minulosti konštatoval v rozhodnutiach týkajúcich sa povoľovania výnimiek na odstrel medveďa hnedého,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Keďže poľovný revír, ktorého sa žiadosť o výnimku týkala, je prirodzeným miestom výskytu medveďa hnedého, nie je podľa názoru súdu možné z každého prípadného stretu človeka s týmto zvieraťom vyvodiť reálnu hrozbu pre život a zdravie obyvateľstva. Musí ísť o zdokumentovaný výskyt jedincov tohto živočíšneho druhu mimo svojho prirodzeného lesného areálu, kde jeho prítomnosť predstavuje reálnu hrozbu pre človeka. V konaní začatom na základe žiadosti Poľovníckej spoločnosti Krížna D. H., ako žiadateľ doložil svoju žiadosť dôkazmi, ktoré podľa názoru súdu dostatočne preukazujú dôvodnosť obavy o bezpečnosť a zdravie obyvateľov obce Liptovské H.. Voľne sa pohybujúce jedince medveďa hnedého v intraviláne obce, teda v bezprostrednej blízkosti človeka, sú dôkazom o synantropizácii medveďov v danej lokalite a nepochybne predstavujú skutočné nebezpečenstvo pre ľudí, ktorí sa celkom prirodzene cítia ohrození a žiadajú miestne poľovnícke združenie o pomoc. N. na ochrane prírody musí za daných okolností ustúpiť prioritnému záujmu na ochrane života a zdravia obyvateľov, tak ako to predpokladá právny poriadok. Na základe uvedených skutkových zistení je podľa názoru súdu možné urobiť záver o tom, že sú splnené zákonné podmienky pre povolenie výnimky podľa § 40 ods. 3 písm. c/ zákona č. 543/2002 Z.z., pretože zo zhromaždených podkladov rozhodnutia v predmetnej veci vyplýva, že ohrozenie zdravia a bezpečnosti obyvateľov v predmetných lokalitách je natoľko závažné, že výrazne prevyšuje záujem na ochrane živočíšneho druhu medveďa hnedého. Súd zdôrazňuje, že prísna druhová ochrana tohto živočícha si vyžaduje dôkladné zdokumentovanie pohybu jedincov medveďa hnedého mimo svoj prirodzený areál, z ktorého by bola zrejmá potreba chrániť záujem na ochrane zdravia a bezpečnosti obyvateľov povolením výnimky. Pokiaľ príslušné organizácie ŠOP SR v spolupráci so žiadateľmi či s dotknutými obcami monitorujú pohyb medveďov v blízkosti ľudských obydlí a v intravilánoch obcí, je potrebné, aby takýto monitoring žalovanému na účely rozhodovania o povolení výnimiek poskytli, čím by sa zjednodušila dôkazná situácia v týchto konaniach a proces povoľovania výnimiek by sa stal transparentnejším.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https://www.kauzis.sk/judikatura/r/ECLI:SK:KSBA:2014:1012200214.2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