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4Sp/28/2012 z 11. 2. 2014</w:t>
      </w:r>
    </w:p>
    <w:p>
      <w:r>
        <w:t>Rozsudok Krajského súdu Bratislava z 11. februára 2014, sp. zn. 4Sp/28/2012, ECLI:SK:KSBA:2014:1012200340.2</w:t>
      </w:r>
    </w:p>
    <w:p>
      <w:r>
        <w:t>Súd: Krajský súd Bratislava</w:t>
      </w:r>
    </w:p>
    <w:p>
      <w:r>
        <w:t>Spisová značka: 4Sp/28/2012</w:t>
      </w:r>
    </w:p>
    <w:p>
      <w:r>
        <w:t>ECLI: ECLI:SK:KSBA:2014:1012200340.2</w:t>
      </w:r>
    </w:p>
    <w:p>
      <w:r>
        <w:t>Dátum vydania: 11. 2. 2014</w:t>
      </w:r>
    </w:p>
    <w:p>
      <w:r>
        <w:t>Forma: Rozsudok</w:t>
      </w:r>
    </w:p>
    <w:p>
      <w:r>
        <w:t>Oblasť práva: Správne právo</w:t>
      </w:r>
    </w:p>
    <w:p>
      <w:pPr>
        <w:pStyle w:val="Heading2"/>
      </w:pPr>
      <w:r>
        <w:t>Text rozhodnutia</w:t>
      </w:r>
    </w:p>
    <w:p>
      <w:r>
        <w:t>Súd: Krajský súd Bratislava Spisová značka: 4Sp/28/2012 Identifikačné číslo súdneho spisu: 1012200340 Dátum vydania rozhodnutia: 12. 02. 2014 Meno a priezvisko sudcu, VSÚ: JUDr. Ľubomír Šramko ECLI: ECLI:SK:KSBA:2014:1012200340.2 ROZSUDOK V MENE SLOVENSKEJ REPUBLIKY Krajský súd v Bratislave v konaní pred sudcom JUDr. Ľubomírom Šramkom v právnej veci navrhovateľa: F. G.. F. Ď., trvale bytom M. XX, W., proti odporcovi: Centrum právnej pomoci, so sídlom Námestie slobody 12, Bratislava, o opravnom prostriedku navrhovateľa zo dňa 22.2.2012 proti rozhodnutiu odporcu Sp. zn. 7N 36/12, Ev. č. 447/12 zo dňa 2.2.2012 takto r o z h o d o l : Krajský súd v Bratislave napadnuté rozhodnutie odporcu Sp. zn. 7N 36/12, Ev. č. 447/12 zo dňa 2.2.2012 z r u š u j e podľa ustanovenia § 250j ods. 2 písm. d) Občianskeho súdneho poriadku a vec v r a c i a odporcovi na ďalšie konanie. Navrhovateľovi nepriznáva právo na náhradu trov konania. o d ô v o d n e n i e : Napadnutým rozhodnutím Sp. zn. 7N 36/12, Ev. č. 447/12 zo dňa 2.2.2012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označenej ako „ochrana osobnosti a oslobodenie od súdnych poplatkov“ - podanie dovolania voči uzneseniu Krajského súdu v Bratislave č.k.. 14Co/237/2011-107. Uviedol, že navrhovateľ na preukázanie nároku predložil odporcovi návrh na oslobodenie od súdnych poplatkov, uznesenie Okresného súdu Bratislava I č.k.: 7C/212/2008-97 z 18.4.2011 o nepriznaní oslobodenia od súdnych poplatkov, odvolanie podané voči tomuto uzneseniu, uznesenie Krajského súdu v Bratislave č.k. 14Co/237/2011-107 z 28.10.2011 ktorým bolo prvostupňové uznesenie súdu potvrdené. V ďalšom odporca citoval ustanovenia zákona o poskytovaní právnej pomoci, ustanovenia §§ 236 - 239 Občianskeho súdneho poriadku (ďalej len „O.s.p.“) a uviedol, že z dôvodu nesplnenia kumulatívnej podmienky § 6 ods. 1 písm. b) zákona o poskytovaní právnej pomoci, t.j. podmienky vylúčenia zrejmej bezúspešnosti sporu nie je možné vyhovieť navrhovateľovej žiadosti o poskytnutie právnej pomoci. Proti tomuto rozhodnutiu podal navrhovateľ v zákonnej lehote opravný prostriedok - návrh zo dňa 22.2.2012, ktorým sa domáhal jeho zrušenia v celom rozsahu a vrátenia veci odporcovi na ďalšie konanie. Uviedol v ňom, že rozhodnutie odporcu považuje za nezákonné, nakoľko v danom prípade nejde o zrejmú bezúspešnosť sporu v zmysle § 6 ods. 1 písm. b) zákona o poskytnutí právnej pomoci. Podľa názoru navrhovateľa, ktorý sporné dovolanie z dôvodu podľa § 237 písm. f) O.s.p. už podal, je právne posúdenie dôvodnosti dovolania v kompetencii dovolacieho súdu. Navrhovateľ ďalej namietal, že je osobou v hmotnej núdzi a nachádza sa v stave materiálnej núdze v zmysle § 4 ods. 2 písm. i) zákona o poskytovaní právnej pomoci, a je teda dôvodné domnievať sa, že požadovanie úhrady súdneho poplatku by bolo disproporčným obmedzením jeho práva na prístup k súdu. Odporca vo svojom vyjadrení zo dňa 20.4.2012 uviedol, že navrhuje napadnuté rozhodnutie v celom rozsahu potvrdiť. Podľa tohto vyjadrenia je záver o bezúspešnosti sporu výsledkom správnej úvahy v zmysle § 8 zákona o poskytovaní právnej pomoci, v rámci ktorej odporca skúmal prípustnosť dovolania proti uzneseniu Krajského súdu v Bratislave č.k. 14Co/237/2011- 107 zo dňa 28.10.2011, t.j. či existujú dôvody zmätočnosti rozhodnutia taxatívne vymedzené v § 237 O.s.p. Odporca sa vo svojom podaní ďalej vyjadril k už podanému dovolaniu navrhovateľa a to tak, že podľa jeho názoru nie je daná prípustnosť dovolania v zmysle § 237 písm. f) O.s.p. nakoľko i nesprávny postup súdu pri nepriznaní oslobodenia od súdnych poplatkov nemá za následok odňatie možnosti konať pred súdom, na rozdiel od prípadnej existencie vady v postupe súdu v konaní vo veci samej. Na záver odporca informuje súd, že navrhovateľ už v spornej veci de facto dosiahol oslobodenie od súdnych poplatkov v zmysle § 138 ods. 4 O.s.p., nakoľko mu bol rozhodnutím odporcu sp. zn. 7N 252/12 zo dňa 20.2.2012 priznaný nárok na poskytnutie právnej pomoci vo veci samej a teda rozhodnutie v tejto veci je bezpredmetné. Navrhovateľ na pojednávaní konanom dňa 29.1.2014 poukázal na rozhodnutie Najvyššieho súdu Slovenskej republiky sp. zn. 5Sžo/55/2013, ktoré podľa jeho vyjadrenia obsahom podporuje jeho názor vo vzťahu k skúmaniu zrejmej bezúspešnosti sporu. Odporca na predmetnom pojednávaní vyslovil, že naďalej trvá na svojom návrhu jeho rozhodnutie potvrdiť s tým, že návrh navrhovateľa na poskytnutie právnej pomoci v spornej veci považuje za šikanózny. Súd podaný návrh prejednal a rozhodol podľa ust. § O.s.p. ako miestne a vecne príslušný súd (§ 246a ods. 2 O.s.p.) za prítomnosti všetkých účastníkov. Po riadnom preskúmaní napadnutého rozhodnutia a postupu správneho orgánu v rozsahu podaného návrhu - opravného prostriedku dospel k názoru, že napadnuté rozhodnutie odporcu je potrebné zrušiť podľa ust. § 250j ods. 2 písm. d) a vec vrátiť odporcovi na ďalšie konanie. Súd v prejednávanej veci doplnil dokazovanie oboznámením sa s rozsudkom Najvyššieho súdu Slovenskej republiky č.k. 5Sžo/55/2013 zo dňa 31.10.2013, znením samotného dovolania navrhovateľa zo dňa 9.1.2012, ako aj s obsahom pripojeného administratívneho spisu odporcu. V zmysle citovaného rozsudku Najvyššieho súdu Slovenskej republiky predmetného, ktorého obsahom je výklad ustanovení § 236- § 239 O.s.p. vo vzťahu k zákonu o poskytovaní právnej pomoci, je zrejmá bezúspešnosť definovaná v § 8 zákona o poskytovaní právnej pomoci v prípade dovolacieho konania povahou veci vylúčená. Podľa ust. § 25 ods. 1 zákona o poskytovaní právnej pomoci na konanie o nároku na poskytnutie právnej pomoci a o súvisiacich nárokoch podľa tohto zákona sa vzťahuje všeobecný predpis o správnom konaní. Podľa ust. § 47 ods. 1 zák. č. 71/1967 Zb. o správnom konaní (správny poriadok) rozhodnutie musí obsahovať výrok, odôvodnenie a poučenie o odvolaní (rozklade). Odôvodnenie nie je potrebné, ak sa všetkým účastníkom konania vyhovuje v plnom rozsahu.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po oboznámení sa s obsahom napadnutého rozhodnutia dospel k názoru, že odporca sa pri vydaní napadnutého rozhodnutia neriadil ustanovením § 47 ods. 3 správneho poriadku a preto ho nie je možné preskúmať ani z pohľadu podaného opravného prostriedku. Napadnuté rozhodnutie odporcu totižto neobsahuje žiadne skutočnosti (správnu úvahu), na základe ktorých odporca dospel k rozhodnutiu nepriznať navrhovateľovi nárok na poskytovanie právnej pomoci. Odôvodnenie napadnutého rozhodnutia obsahuje iba opis dokladov, predložených navrhovateľom, citácie ustanovení §§ 4, 6, 6a, 8 zákona o poskytovaní právnej pomoci, ustanovení §§ 237-239 O.s.p. a konečne iba konštatovanie, že je zrejmé, že v danom prípade nie je splnený ani jeden z dôvodov podania dovolania navrhovateľom z ktorého dôvodu nie je možné vyhovieť navrhovateľovej žiadosti o poskytnutie právnej pomoci, nakoľko nie je možné vylúčiť zrejmú bezúspešnosť sporu. Odporca teda v napadnutom rozhodnutí žiadnym spôsobom neozrejmil, na základe akých tvrdení žiadateľa, s poukazom na aké konkrétne právne predpisy a skutočnosti vyhodnotil dovolanie navrhovateľa ako zrejme bezúspešné, pričom ani neuviedol, akými právnymi úvahami sa pri tomto hodnotení riadil. Ak teda v rozhodnutí absentuje akékoľvek relevantné odôvodnenie výroku rozhodnutia, jeho preskúmanie je vylúčené, včítane navrhovateľom vznesených námietok. Pretože z odôvodnenia napadnutého rozhodnutia odporcu nie je vôbec zrejmá správna úvaha, na základe ktorej dospel k právnemu názoru o zrejmej bezúspešnosti sporu, súd v zmysle § 250j ods. 2 písm. d) O.s.p. napadnuté rozhodnutie zrušil a vec vrátil na ďalšie konanie. V ďalšom konaní bude úlohou odporcu opätovne posúdiť žiadosť navrhovateľa o poskytovanie právnej pomoci, v zmysle platnej právnej úpravy objektívne vyhodnotiť naplnenie či nenaplnenie podmienok pre priznanie nároku na poskytovanie právnej pomoci podľa zákona o poskytovaní právnej pomoci a v meritórnom rozhodnutí svoj záver náležitým a zákonným spôsobom odôvodniť a to tak, aby bolo z neho o.i. zjavné, akými úvahami sa riadil pri jeho vydaní a na základe akých skutočností k nemu dospel. O trovách navrhovateľa súd rozhodol za použitia ust. § 250k ods. 1 O.s.p. v spojení s § 250l ods. 2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za toto konanie (§ 4 ods. 2 písm. a) zákona č. 71/1992 Zb. o súdnych poplatkoch) a preto ho súd nezaviazal k povinnosti zaplatiť súdny poplatok. Poučenie: Proti výroku tohto rozsudku vo veci samej odvolanie nie je prípustné (§ 250s O.s.p.). Proti výroku o trovách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w:t>
      </w:r>
    </w:p>
    <w:p/>
    <w:p>
      <w:r>
        <w:t>Zdroj: KAUZIS.SK – https://www.kauzis.sk/judikatura/r/ECLI:SK:KSBA:2014:1012200340.2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