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4Sp/44/2012 z 18. 2. 2014</w:t>
      </w:r>
    </w:p>
    <w:p>
      <w:r>
        <w:t>Uznesenie Krajského súdu Bratislava z 18. februára 2014, sp. zn. 4Sp/44/2012, ECLI:SK:KSBA:2014:1012200883.1</w:t>
      </w:r>
    </w:p>
    <w:p>
      <w:r>
        <w:t>Súd: Krajský súd Bratislava</w:t>
      </w:r>
    </w:p>
    <w:p>
      <w:r>
        <w:t>Spisová značka: 4Sp/44/2012</w:t>
      </w:r>
    </w:p>
    <w:p>
      <w:r>
        <w:t>ECLI: ECLI:SK:KSBA:2014:1012200883.1</w:t>
      </w:r>
    </w:p>
    <w:p>
      <w:r>
        <w:t>Dátum vydania: 18. 2. 2014</w:t>
      </w:r>
    </w:p>
    <w:p>
      <w:r>
        <w:t>Forma: Uznesenie</w:t>
      </w:r>
    </w:p>
    <w:p>
      <w:pPr>
        <w:pStyle w:val="Heading2"/>
      </w:pPr>
      <w:r>
        <w:t>Text rozhodnutia</w:t>
      </w:r>
    </w:p>
    <w:p>
      <w:r>
        <w:t>Súd: Krajský súd Bratislava Spisová značka: 4Sp/44/2012 Identifikačné číslo súdneho spisu: 1012200883 Dátum vydania rozhodnutia: 19. 02. 2014 Meno a priezvisko sudcu, VSÚ: JUDr. Ľubomír Šramko ECLI: ECLI:SK:KSBA:2014:1012200883.1 Uznesenie Krajský súd v Bratislave v právnej veci navrhovateľky: pani F. X., bytom M. XX, B. proti odporcovi: Okresný úrad Bratislava, Katastrálny odbor so sídlom Ružová dolina 27, Bratislava, za účasti: 1/ B. F. Q., bytom K. XX, Z., 2/ B. V. N., bytom X. F. XX, Z. I. Z. v konaní o opravnom prostriedku navrhovateľky zo dňa 29.3.2012 proti rozhodnutiu odporcu č. V-2285 zo dňa 2.3.2012 takto r o z h o d o l : Krajský súd v Bratislave konanie z a s t a v u j e . Žiaden z účastníkov konania nemá právo na náhradu trov tohto konania. o d ô v o d n e n i e : Dňa 14.5.2012 bol konajúcemu Krajskému súdu v Bratislave (ďalej len súd) prostredníctvom odporcu doručený návrh - opravný prostriedok navrhovateľky, doručený odporcovi 29.3.2012, ktorým sa navrhovateľka domáhala zrušenia napadnutého rozhodnutia odporcu č. V-2285 zo dňa 2.3.2012. Na deň 19.2.2014 bolo v prejednávanej veci určený termín pojednávania. Pred otvorením pojednávania vo veci samej navrhovateľka zobrala svoj návrh späť a žiadala z tohto dôvodu konanie zastaviť.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zobrala pred otvorením pojednávania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https://www.kauzis.sk/judikatura/r/ECLI:SK:KSBA:2014:1012200883.1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