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5Scud/42/2012 z 8. 4. 2014</w:t>
      </w:r>
    </w:p>
    <w:p>
      <w:r>
        <w:t>Rozsudok Krajského súdu Bratislava z 8. apríla 2014, sp. zn. 5Scud/42/2012, ECLI:SK:KSBA:2014:1012200990.2</w:t>
      </w:r>
    </w:p>
    <w:p>
      <w:r>
        <w:t>Súd: Krajský súd Bratislava</w:t>
      </w:r>
    </w:p>
    <w:p>
      <w:r>
        <w:t>Spisová značka: 5Scud/42/2012</w:t>
      </w:r>
    </w:p>
    <w:p>
      <w:r>
        <w:t>ECLI: ECLI:SK:KSBA:2014:1012200990.2</w:t>
      </w:r>
    </w:p>
    <w:p>
      <w:r>
        <w:t>Dátum vydania: 8. 4. 2014</w:t>
      </w:r>
    </w:p>
    <w:p>
      <w:r>
        <w:t>Forma: Rozsudok</w:t>
      </w:r>
    </w:p>
    <w:p>
      <w:r>
        <w:t>Oblasť práva: Správne právo</w:t>
      </w:r>
    </w:p>
    <w:p>
      <w:pPr>
        <w:pStyle w:val="Heading2"/>
      </w:pPr>
      <w:r>
        <w:t>Text rozhodnutia</w:t>
      </w:r>
    </w:p>
    <w:p>
      <w:r>
        <w:t>Súd: Krajský súd Bratislava Spisová značka: 5Scud/42/2012 Identifikačné číslo súdneho spisu: 1012200990 Dátum vydania rozhodnutia: 09. 04. 2014 Meno a priezvisko sudcu, VSÚ: JUDr. Milota Tóthová ECLI: ECLI:SK:KSBA:2014:1012200990.2 ROZSUDOK V MENE SLOVENSKEJ REPUBLIKY Krajský súd v Bratislave samosudkyňou JUDr. Milotou Tóthovou v právnej veci navrhovateľa H. Y., U. W. Q.. XXX, R., Č. N., proti odporkyni Sociálnej poisťovni ústredie v Bratislave, Ul. 29. augusta č. 8-10, Bratislava, o zvýšenie invalidného dôchodku, takto r o z h o d o l : Súd rozhodnutie odporkyne číslo XXX XXX XXXX X zo dňa 22. novembra 2012 p o t v r d z u j e . Účastníkom náhradu trov konania nepriznáva. o d ô v o d n e n i e : Rozhodnutím číslo XXX XXX XXXX X zo dňa 22. novembra 2012 odporkyňa podľa § 73 a § 112 ods. 4 zákona č. 461/2003 Z.z. o sociálnom poistení v znení neskorších predpisov zamietla žiadosť navrhovateľa o zvýšenie invalidného dôchodku. Rozhodla tak s odôvodnením, že podľa posudku posudkového lekára Sociálnej poisťovne, pobočka Trnava zo dňa 8. novembra 2012 navrhovateľ je naďalej invalidný podľa § 71 ods. 1 zákona č. 461/2003 Z.z. s mierou poklesu schopnosti vykonávať zárobkovú činnosť 45%. Navrhovateľ návrhom zo dňa 27.12.2012 žiadal preskúmať toto rozhodnutie odporkyne a nesúhlasil s odporučením posudkového lekára, že môže vykonávať prácu bez zdvíhania ťažkých bremien a ľahšie robotnícke práce. Súd preskúmal napadnuté rozhodnutie podľa § 250l a nasl. O.s.p., prejednal návrh navrhovateľa a dospel k záveru, že návrh nie je dôvodný. Súd vykonal dokazovanie výsluchom účastníkov, posudkami posudkového lekára Sociálnej poisťovne pobočky Bratislava zo dňa 8.11.2012, posudkom posudkového lekára Sociálnej poisťovne ústredie Bratislava, vysunuté pracovisko v Košiciach zo dňa 14.6.2013, posudkom posudkového lekára Sociálnej poisťovne ústredie Bratislava zo dňa 10.12.2013 a doplňujúcim odborným vyjadrením posudkového lekára Sociálnej poisťovne ústredie Bratislava zo dňa 20.2.2014,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24.1.2008 na základe posudku posudkového lekára Sociálnej poisťovne pobočka Bratislava zo dňa 26.8.2008, ktorý ho uznal za invalidného podľa § 71 ods. 1 zákona č. 461/2003 Z.z. o sociálnom poistení s mierou poklesu schopnosti vykonávať zárobkovú činnosť 45%. Rozhodujúcim zdravotným postihnutím u navrhovateľa bol stav po operácii medzistavcových platničiek, často recidivujúce prejavy nervového a svalového dráždenia (kapitola XV., oddiel E, položka 4.b) prílohy č. 4 zákona č. 461/2003 Z.z.), kde mieru poklesu schopnosti vykonávať zárobkovú činnosť stanovil na 45%. Navrhovateľ žiadosťou zo dňa 9.5.2012 požiadal o zvýšenie invalidného dôchodku z dôvodu zhoršenia jeho zdravotného stavu. Posudkový lekár Sociálnej poisťovne pobočka Trnava v posudku zo dňa 8.11.2012 uviedol, že navrhovateľ trpí na choroby a to: poruchy medzistavcových platničiek, stav po operácii HD L5/S1 vpravo s pretrvávajúcou radikulopatiou S1 vpravo, cukrovku na tabletách II. typu novodiagnostikovanú a artrózu pravého kolena bez funkčného obmedzenia. Navrhovateľ mal niekoľkoročné bolesti chrbtice, konzervatívna liečba bola neúčinná. Dňa 10.10.2007 bola vykonaná operácia hernie disku L5 - S1 vpravo. Aj po operácii sa objavujú opakované bolesti s prejavmi dráždenia nervov bez sfinkterových ťažkostí a bez motorického deficitu. Navrhovateľ pred dvomi rokmi absolvoval periradikulárny obstrek s dlhodobejším efektom. Neurologické vyšetrenia z 11.12.2012 potvrdzuje pretrvávanie radikulopatie S1 vpravo, recidivujúce lumbalgie, bez sfinkterových obtiaží, bez závažnejšieho motorického deficitu a bolo doporučené znovu absolvovať periradikulárny obstrek. Novozistená cukrovka so zahájením liečby tabletami a artróza pravého kolena bez funkčného deficitu nie sú posudkovo závažné diagnózy. Rozhodujúcim zdravotným postihnutím u navrhovateľa sú poruchy medzistavcových platničiek, stav po operácii HD L5/S1 vpravo s pretrvávajúcou radikulopatiou S1 vpravo (kapitola XV., oddiel E, položka 4.b) prílohy č. 4 zákona č. 461/2003 Z.z.), kde mieru poklesu schopnosti vykonávať zárobkovú činnosť stanovil na 45%. Navrhovateľ je naďalej invalidný podľa § 71 ods. 1 zákona č. 461/2003 Z.z. o sociálnom poistení s mierou poklesu schopnosti vykonávať zárobkovú činnosť 45%. Je schopný vykonávať prácu bez dvíhania ťažkých bremien, bez nadmernej fyzickej záťaže, v klimaticky vyrovnanom prostredí, napr. ľahšie robotnícke práce. Posudkový lekár Sociálnej poisťovne ústredie Bratislava, vysunuté pracovisko v Košiciach v posudku zo dňa 14.6.2013 uviedol, že navrhovateľ trpí na choroby a to: dorzalgiu - stav po operácii, cukrovku nezávislú na inzulíne a artrózu pravého kolena. Konštatoval, že zdravotný stav navrhovateľa nie je zhoršený, kontrolné odborné neurologické vyšetrenia dokumentovali naďalej poruchu statodynamiky chrbtice s recidivujúcimi prejavmi koreňového dráždenia bez sfinkterových porúch a bez motorického deficitu. Navrhovateľ je od roku 2009 sledovaný diabetológom pre cukrovku, kompenzovanú perorálnou liečbou bez chronických príznakov cukrovky. Od apríla 2012 je navrhovateľ sledovaný na ORL ambulancii pre začínajúcu poruchu sluchu. Podľa ortopedického objektívneho funkčného vyšetrenia je pravé koleno bez funkčného obmedzenia. Rozhodujúcim zdravotným postihnutím u navrhovateľa sú choroby podporného a pohybového aparátu (kapitola XV., oddiel E, položka 4.b) prílohy č. 4 zákona č. 461/2003 Z.z.), kde mieru poklesu schopnosti vykonávať zárobkovú činnosť stanovil na 45%. Zdôraznil, že cukrovka nezávislá na inzulíne bez chronických komplikácií, počínajúca porucha sluchu a pravostranná artróza kolena bez funkčného deficitu sú posudkovo nevýznamné ochorenia, ktoré neodôvodňujú zvýšenie percentuálnej miery poklesu schopnosti vykonávať zárobkovú činnosť. Navrhovateľ je naďalej invalidný podľa § 71 ods. 1 zákona č. 461/2003 Z.z. o sociálnom poistení s mierou poklesu schopnosti vykonávať zárobkovú činnosť 45%. Je schopný vykonávať prácu bez dvíhania ťažkých bremien, bez nadmernej fyzickej záťaže, v klimaticky vyrovnanom prostredí, napr. ľahšie robotnícke práce. Navrhovateľ pri výsluchu v súdnom konaní zotrval na podanom návrhu a v priebehu súdneho konania doložil nové lekárske nálezy. Súd doplnil dokazovanie zadovážením si posudku posudkového lekára Sociálnej poisťovne ústredie Bratislava, ktorý dňa 10.12.2013 za osobnej účasti navrhovateľa uviedol, že navrhovateľ trpí na choroby a to: dorzalgiu - stav po operácii, cukrovku nezávislú na inzulíne a obezitu. Konštatoval, že navrhovateľ sa viac rokov liečil na bolesti v krížoch, ktoré vyžarovali do pravej nohy. Dňa 10.10.2007 bol operovaný na herniu medzistavcovej platničky v segmente L5 - S1 vpravo s veľmi dobrým efektom. Od roku 2012 je liečený na cukrovku typ 2 diétou a tabletami. T.č. je liečený neurológom pre bolesti krčnej chrbtice, krčnoramenný syndróm vľavo bez útlaku nervových koreňov. Uviedol, že reflexy na nohách i rukách sú nízke symetricky výbavné a je prítomný syndróm manžety rotátorov vľavo. Je prítomná porucha statodynamiky chrbtice v zmysle ľahko zvýšenej hrudnej kyfózy a vyhladenej bedrovej lordózy. Nie sú prítomné príznaky dráždenia a útlaku nervových koreňov a nie je prítomný motorický deficit. Poukázal tiež na to, že zdravotný stav navrhovateľa je možné zlepšiť pravidelným cvičením v domácich podmienkach. Uviedol, že u cukrovky nie sú žiadne komplikácie a je posudkovo nevýznamná. Rozhodujúcim zdravotným postihnutím u navrhovateľa sú stavy po operácii medzistavcových platničiek, často recidivujúce prejavy nervového a svalového dráždenia (kapitola XV., oddiel E, položka 4.b) prílohy č. 4 zákona č. 461/2003 Z.z.), kde mieru poklesu schopnosti vykonávať zárobkovú činnosť stanovil na 45%. Navrhovateľ je naďalej invalidný podľa § 71 ods. 1 zákona č. 461/2003 Z.z. o sociálnom poistení s mierou poklesu schopnosti vykonávať zárobkovú činnosť 45%. Je schopný vykonávať prácu bez nadmernej fyzickej záťaže, napr. ľahké pomocné práce na skrátený pracovný úväzok. Posudkový lekár Sociálnej poisťovne Bratislava v doplňujúcom odbornom vyjadrení zo dňa 20.2.2014 po vyhodnotení doloženého nového neurologického vyšetrenia zo dňa 9.12.2013 konštatoval, že doložené odborné neurologické vyšetrenie nezdokladovalo také zhoršenie zdravotného stavu navrhovateľa, ktoré by podmieňovalo zmenu percentuálnej miery poklesu schopnosti vykonávať zárobkovú činnosť. U navrhovateľa sa jedná o chronické bolesti chrbtice na podklade veku primeraných degeneratívnych zmien. Rtg. ramena je bez traumatických a štrukturálnych zmien, je prítomný syndróm manžety rotátorov vpravo, ktorý sa dá riešiť liečbou a najmä rehabilitáciou. Zotrval na posudkovom závere uvedenom v posudku zo dňa 10.12.2013. Navrhovateľ sa na pojednávanie dňa 9.4.2014 napriek riadnemu predvolaniu nedostavil, svoju neúčasť na ňom ospravedlnil a súhlasil, aby súd rozhodol v jeho neprítomnosti,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Trnava, posudkový lekár sociálneho poistenia Sociálnej poisťovne ústredie Bratislava, vysunuté pracovisko v Košiciach ako aj posudkový lekár Sociálnej poisťovne ústredie Bratislava vo svojich vyššie uvedených posudkoch ako aj v odbornom doplňujúcom vyjadrení zo dňa 20.2.2014 zohľadnili všetky navrhovateľom uvádzané ťažkosti a vysporiadali sa s lekárskymi nálezmi nachádzajúcimi sa v zdravotnej dokumentácii navrhovateľa. Zhodne určili, že rozhodujúcim zdravotným postihnutím u navrhovateľa sú stavy po operácii medzistavcových platničiek, často recidivujúce prejavy nervového a svalového dráždenia (kapitola XV., oddiel E, položka 4.b) prílohy č. 4 zákona č. 461/2003 Z.z.), kde zotrvali na stanovenej miere poklesu schopnosti vykonávať zárobkovú činnosť 45%. Navrhovateľ v roku 2007 absolvoval operáciu hernie disku L5 - S1 vpravo, je naďalej porucha statodynamiky chrbtice s recidivujúcimi prejavmi koreňového dráždenia v zmysle ľahko zvýšenej hrudnej kyfózy a vyhladenej bedrovej lordózy, bez sfinkterových porúch a bez motorického deficitu. Rtg. ramena je bez traumatických a štrukturálnych zmien, je prítomný syndróm manžety rotátorov vpravo, ktorý sa dá riešiť liečbou a najmä rehabilitáciou. Pridružené sekundárne ochorenia a to cukrovka nezávislá na inzulíne bez chronických komplikácií, počínajúca porucha sluchu a pravostranná artróza kolena bez funkčného deficitu sú posudkovo nezávažné. Rtg. ramena je bez traumatických a štrukturálnych zmien, je prítomný syndróm manžety rotátorov vpravo, ktorý sa dá riešiť liečbou a najmä rehabilitáciou. Zistenia posudkových lekárov neboli spochybnené ani v súdnom konaní, nakoľko ani novší lekársky nález z neurologického vyšetrenia nepreukázal zhoršenie zdravotného stavu navrhovateľa. Závery posudkov posudkových lekárov ako aj doplňujúceho odborného vyjadrenia zo dňa 20.2.2014 sú odborné, presvedčivé, náležite zdôvodnené a súd nezistil rozpor medzi ich závermi a zisteným skutočným stavom. Krajský súd preto z vyššie uvedených dôvodov napadnuté rozhodnutie odporkyne číslo XXX XXX XXXX X zo dňa 22. novembra 2012 podľa § 250q ods. 2 O.s.p. ako vecne správne potvrdil. O trovách konania súd rozhodol podľa § 250k ods. 1 v spojení s § 250l ods. 2 O.s.p. Navrhovateľ nebol v konaní úspešný, a preto mu súd trova konania nepriznal a odporkyni trovy konania neprislúchajú.</w:t>
      </w:r>
    </w:p>
    <w:p/>
    <w:p>
      <w:r>
        <w:t>Zdroj: KAUZIS.SK – https://www.kauzis.sk/judikatura/r/ECLI:SK:KSBA:2014:1012200990.2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