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2S/189/2012 z 21. 9. 2014</w:t>
      </w:r>
    </w:p>
    <w:p>
      <w:r>
        <w:t>Uznesenie Krajského súdu Bratislava z 21. septembra 2014, sp. zn. 2S/189/2012, ECLI:SK:KSBA:2014:1012201034.3</w:t>
      </w:r>
    </w:p>
    <w:p>
      <w:r>
        <w:t>Súd: Krajský súd Bratislava</w:t>
      </w:r>
    </w:p>
    <w:p>
      <w:r>
        <w:t>Spisová značka: 2S/189/2012</w:t>
      </w:r>
    </w:p>
    <w:p>
      <w:r>
        <w:t>ECLI: ECLI:SK:KSBA:2014:1012201034.3</w:t>
      </w:r>
    </w:p>
    <w:p>
      <w:r>
        <w:t>Dátum vydania: 21.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2S/189/2012 Identifikačné číslo súdneho spisu: 1012201034 Dátum vydania rozhodnutia: 22. 09. 2014 Meno a priezvisko sudcu, VSÚ: JUDr. Lucia Lasabová ECLI: ECLI:SK:KSBA:2014:1012201034.3 Uznesenie Krajský súd v Bratislave v právnej veci žalobcu: K. Z., O. XX, K., zastúpený: JUDr. Michal Fecilák, Jesenná 8, Prešov, proti žalovanému: Ministerstvo dopravy, výstavby a regionálneho rozvoja Slovenskej republiky, Námestie slobody 6, Bratislava, o preskúmanie zákonnosti rozhodnutia žalovaného č. 6277/2012/SŽDD/27629 zo dňa 15.05.2012, takto r o z h o d o l : Krajský súd v Bratislave o p r a v u j e označenie žalovaného v záhlaví rozsudku Krajského súdu v Bratislave č. k. 2S/189/2012-44 zo dňa 18.06.2014 tak, že správne má znieť „Ministerstvo dopravy, výstavby a regionálneho rozvoja Slovenskej republiky“. V ostatných častiach zostáva rozsudok Krajského súdu v Bratislave č. k. 2S/189/2012-44 zo dňa 18.06.2014, nezmenený. o d ô v o d n e n i e : Pri písomnom vyhotovení rozsudku Krajského súdu v Bratislave č. k. 2S/189/2012-44 zo dňa 18.06.2014 došlo k pisárskej chybe, keď bolo v záhlaví rozsudku uvedené nesprávne označenie žalovaného „Ministerstvo výstavby a regionálneho rozvoja Slovenskej republiky“. V záhlaví rozsudku malo byť uvedené správne označenie žalovaného „Ministerstvo dopravy, výstavby a regionálneho rozvoja Slovenskej republiky“.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https://www.kauzis.sk/judikatura/r/ECLI:SK:KSBA:2014:1012201034.3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