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4Sp/65/2012 z 29. 1. 2014</w:t>
      </w:r>
    </w:p>
    <w:p>
      <w:r>
        <w:t>Uznesenie Krajského súdu Bratislava z 29. januára 2014, sp. zn. 4Sp/65/2012, ECLI:SK:KSBA:2014:1012201041.1</w:t>
      </w:r>
    </w:p>
    <w:p>
      <w:r>
        <w:t>Súd: Krajský súd Bratislava</w:t>
      </w:r>
    </w:p>
    <w:p>
      <w:r>
        <w:t>Spisová značka: 4Sp/65/2012</w:t>
      </w:r>
    </w:p>
    <w:p>
      <w:r>
        <w:t>ECLI: ECLI:SK:KSBA:2014:1012201041.1</w:t>
      </w:r>
    </w:p>
    <w:p>
      <w:r>
        <w:t>Dátum vydania: 29. 1. 2014</w:t>
      </w:r>
    </w:p>
    <w:p>
      <w:r>
        <w:t>Forma: Uznesenie</w:t>
      </w:r>
    </w:p>
    <w:p>
      <w:pPr>
        <w:pStyle w:val="Heading2"/>
      </w:pPr>
      <w:r>
        <w:t>Text rozhodnutia</w:t>
      </w:r>
    </w:p>
    <w:p>
      <w:r>
        <w:t>Súd: Krajský súd Bratislava Spisová značka: 4Sp/65/2012 Identifikačné číslo súdneho spisu: 1012201041 Dátum vydania rozhodnutia: 30. 01. 2014 Meno a priezvisko sudcu, VSÚ: JUDr. Ľubomír Šramko ECLI: ECLI:SK:KSBA:2014:1012201041.1 Uznesenie Krajský súd v Bratislave v právnej veci navrhovateľa: Slovenský pozemkový fond so sídlom Búdková 36, Bratislava proti odporcovi: Okresný úrad Bratislava, Pozemkový a lesný odbor (pôvodne Obvodný pozemkový úrad v Bratislave) so sídlom Trenčianska 55, Bratislava, za účasti: 1/ pani C. Q., bytom V. XX, J., 2/ pani V.T. Q., bytom L. C. XXX, L. L. M., Č. O., 3/ pani V. O., bytom E. XX, J., všetky zastúpené pánom JUDr. Emilom Molnárom, advokátom so sídlom Záhradnícka 9, Bratislava, 4/ Hlavného mesta Slovenskej republiky Bratislavy so sídlom Primaciálne nám. 1, Bratislava, 5/ Saleziánov Don Bosca, Slovenská provincia so sídlom Miletičova 7, Bratislava v konaní o opravnom prostriedku navrhovateľa zo dňa 27.4.2012 proti rozhodnutiu odporcu Č.k.: 5750/2004, Zn.: R1-1628/07/1923/12/DOB zo dňa 30.3.2012 takto r o z h o d o l : Krajský súd v Bratislave konanie z a s t a v u j e . o d ô v o d n e n i e : Dňa 7.6.2012 bol konajúcemu Krajskému súdu v Bratislave (ďalej len súd) prostredníctvom odporcu doručený návrh - opravný prostriedok navrhovateľa z 27.4.2012, ktorým sa navrhovateľ domáhal zrušenia napadnutého rozhodnutia odporcu Č.k.: 5750/2004, Zn.: R1-1628/07/1923/12/DOB zo dňa 30.3.2012. Dňa 28.1.2014 doručil navrhovateľ súdu späťvzatie podaného návrhu - opravného prostriedku voči rozhodnutiu odporcu, datované 21.1.2014.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rozhodne osobitným uznesením.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https://www.kauzis.sk/judikatura/r/ECLI:SK:KSBA:2014:1012201041.1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