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4Sp/72/2012 z 1. 4. 2014</w:t>
      </w:r>
    </w:p>
    <w:p>
      <w:r>
        <w:t>Uznesenie Krajského súdu Bratislava z 1. apríla 2014, sp. zn. 4Sp/72/2012, ECLI:SK:KSBA:2014:1012201065.1</w:t>
      </w:r>
    </w:p>
    <w:p>
      <w:r>
        <w:t>Súd: Krajský súd Bratislava</w:t>
      </w:r>
    </w:p>
    <w:p>
      <w:r>
        <w:t>Spisová značka: 4Sp/72/2012</w:t>
      </w:r>
    </w:p>
    <w:p>
      <w:r>
        <w:t>ECLI: ECLI:SK:KSBA:2014:1012201065.1</w:t>
      </w:r>
    </w:p>
    <w:p>
      <w:r>
        <w:t>Dátum vydania: 1.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4Sp/72/2012 Identifikačné číslo súdneho spisu: 1012201065 Dátum vydania rozhodnutia: 02. 04. 2014 Meno a priezvisko sudcu, VSÚ: JUDr. Ľubomír Šramko ECLI: ECLI:SK:KSBA:2014:1012201065.1 Uznesenie Krajský súd v Bratislave v právnej veci navrhovateľa: Obec Bernolákovo so sídlom Obecný úrad, Hlavná 111, Bernolákovo, zastúpenej JUDr. Vladimírom Hrtkom, advokátom so sídlom Seberíniho 1, Bratislava proti odporcovi: Okresný úrad Senec - pozemkový a lesný odbor (pôvodne Obvodný pozemkový úrad v Senci) so sídlom Hurbanova 21, Senec, za účasti 1/ V. H.. G. S., bytom H. XXX, H., 2/ V. X. O., bytom O. X, O. v konaní o opravnom prostriedku navrhovateľa zo dňa 6.6.2012 proti rozhodnutiu odporcu Č.j.: 263-639/2012 zo dňa 30.4.2012 takto r o z h o d o l : Krajský súd v Bratislave konanie z a s t a v u j e . Žiaden z účastníkov konania nemá právo na náhradu trov tohto konania. o d ô v o d n e n i e : Dňa 11.6.2012 bol konajúcemu Krajskému súdu v Bratislave (ďalej len súd) doručený návrh - opravný prostriedok zo 6.6.2012, ktorým sa navrhovateľ domáhal zrušenia napadnutého rozhodnutia odporcu č. j: 263-639/2012 zo dňa 30.4.2012. Týmto rozhodnutím odporca za použitia ust. § 2 ods. 2 písm. c) zák. č. 503/2003 Z.z. o navrátení vlastníctva k pozemkom a o zmene a doplnení zákona Národnej rady Slovenskej republiky č. 180/1995 Z.z. o niektorých opatreniach na usporiadanie vlastníctva k pozemkom v znení neskorších predpisov V. H.. G. S. navrátil vlastníctvo k pozemku v katastrálnom území O., PK vložky č. 3, časť pôvodnej parcely č. 2776/7 - parcely č. 2776/383, orná pôda o výmere 1749 m2 v podiele 1/, list vlastníctva č. XXXX (ďalej len „predmetný pozemok“). Voči tomuto rozhodnutiu odporcu podal navrhovateľ opravný prostriedok zo 6.6.2012, ktorý je vedený na súde pod sp. zn. 4Sp/72/2012. Zo spisu tunajšieho súdu sp. zn. 4Sp/134/2012, ako aj z pripojeného administratívneho spisu odporcu je zrejmé, že odporca po podaní opravného prostriedku navrhovateľom (v konaní sp. zn. 4Sp/72/2012) vydal postupom podľa ust. § 57 zák. č. 71/1967 Zb. o správnom konaní (autoremedúra) rozhodnutie Č.j.: 3832-639/2004/Ko zo 14.8.2012, ktorým o predmetnom pozemku s poukazom na podaný opravný prostriedok (konanie sp. zn. 4Sp/72/2012) rozhodol tak, že pani H.. G. S. nenavrátil vlastníctvo a nepriznal jej právo na náhradu k predmetnému pozemku. Voči tomuto rozhodnutiu odporcu zo 14.8.2012 podala V. H.. G. S. opravný prostriedok, konanie o ktorom je na tunajšom súde vedené pod sp. zn. 4Sp/134/2012. Podľa ust. § 250l ods.1 Občianskeho súdneho poriadku (ďalej len O.s.p.) podľa ustanovení tejto hlavy sa postupuje v prípadoch, v ktorých zákon zveruje súdom rozhodovanie o opravných prostriedkoch proti neprávoplatným rozhodnutiam správnych orgánov. Podľa ust. § 250o O.s.p. ak správny orgán, ktorého rozhodnutie súd preskúmava, vydá nové rozhodnutie, ktorým návrhu celkom vyhovie, súd uznesením konanie zastaví. Pretože súd z obsahu pripojeného administratívneho spisu odporcu, ako aj z obsahu spisu tunajšieho súdu sp. zn. 4Sp/134/2012 zistil, že odporca plne vyhovel navrhovateľovým námietkam zo 6.6.2012 voči napadnutému rozhodnutiu odporcu (Č.j.: 263-639/2012 zo dňa 30.4.2012 - konanie na tunajšom súde sp. zn. 4Sp/72/2012) a vo veci vydal rozhodnutie nové (Č.j.: 3832-639/2004/Ko zo 14.8.2012), s poukazom na citované zákonné ustanovenia súd konanie zastavil. O opravnom prostriedku V. H.. G. S. voči rozhodnutiu odporcu Č.j.: 3832-639/2004/K zo 14.8.2012 súd rozhodne v rámci konania, ktoré je na tunajšom súde vedené pod sp. zn. 4Sp/134/2012. O trovách konania súd rozhodol v súlade s analogickým použitím ust. § 146 ods.1, písm. c) O.s.p.. Poučenie: Proti tomuto uzneseniu odvolanie nie je prípustné (§ 246 ods. 1 O.s.p.).</w:t>
      </w:r>
    </w:p>
    <w:p/>
    <w:p>
      <w:r>
        <w:t>Zdroj: KAUZIS.SK – https://www.kauzis.sk/judikatura/r/ECLI:SK:KSBA:2014:1012201065.1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