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5Sd/203/2012 z 1. 4. 2014</w:t>
      </w:r>
    </w:p>
    <w:p>
      <w:r>
        <w:t>Uznesenie Krajského súdu Bratislava z 1. apríla 2014, sp. zn. 5Sd/203/2012, ECLI:SK:KSBA:2014:1012201251.2</w:t>
      </w:r>
    </w:p>
    <w:p>
      <w:r>
        <w:t>Súd: Krajský súd Bratislava</w:t>
      </w:r>
    </w:p>
    <w:p>
      <w:r>
        <w:t>Spisová značka: 5Sd/203/2012</w:t>
      </w:r>
    </w:p>
    <w:p>
      <w:r>
        <w:t>ECLI: ECLI:SK:KSBA:2014:1012201251.2</w:t>
      </w:r>
    </w:p>
    <w:p>
      <w:r>
        <w:t>Dátum vydania: 1.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5Sd/203/2012 Identifikačné číslo súdneho spisu: 1012201251 Dátum vydania rozhodnutia: 02. 04. 2014 Meno a priezvisko sudcu, VSÚ: JUDr. Milota Tóthová ECLI: ECLI:SK:KSBA:2014:1012201251.2 Uznesenie Krajský súd v Bratislave v právnej veci navrhovateľky K.. R. Y., bytom T. XX, F., proti odporkyni Sociálnej poisťovni ústredie, Ul. 29. augusta č. 8, Bratislava, o výšku sumy starobného dôchodku, takto r o z h o d o l : Súd konanie z a s t a v u j e . Žiaden z účastníkov nemá právo na náhradu trov konania. o d ô v o d n e n i e : Navrhovateľka svojím návrhom zo dňa 23.4.2012 žiadala preskúmať rozhodnutie číslo XXX XXX XXXX zo dňa 22.3.2012, ktorým odporkyňa priznala starobný dôchodok od 7. marca 2012 v sume 166,10 eur mesačne. Namietala, že kalendárne roky 1983, 1985, 1986 a 1987 neboli vylúčené z rozhodujúceho obdobia a uvádzala, že v uvedených rokoch získala iba obdobia podľa § 255 ods. 3 zákona č. 461/2003 Z.z. o sociálnom poistení v znení neskorších predpisov, a preto by mali byť z rozhodujúceho obdobia vylúčené. Taktiež žiadala o započítanie vymeriavacieho základu 217,- Sk do kalendárneho roku 1985 namiesto kalendárneho roku 1986. Návrhom zo dňa 21.2.2014 navrhovateľka žiadala preskúmať rozhodnutie odporkyne číslo XXX XXX XXXX X zo dňa 4.2.2014, ktorým odporkyňa zvýšila starobný dôchodok od 7. marca 2012 na sumu 166,40 eur mesačne, zvýšený od 1. januára 2013 na sumu 177,60 eur mesačne a od 1. januára 2014 na sumu 186,40 eur mesačne a žiadala zhodnotiť starostlivosť o dieťa vo veku troch rokov v roku 1990 od 1.1.1990 do 19.1.1990 a od 1.1.1995 do 9.7.1995 z dôvodu, že materský príspevok sa poskytoval do dvoch rokov dieťaťa vrátane dňa, kedy dieťa dovŕšilo dva roky a poukazovala aj na to, že sa podobne poskytovalo aj neplatené voľno z dôvodu starostlivosti o dieťa. Podaním zo dňa 17.3.2014 navrhovateľka uviedla, že súhlasí, aby sa doba starostlivosti o dieťa do troch rokov počítala len do 9. júla 1995. Nesúhlasila však s výpočtom jej starobného dôchodku, nakoľko bol nesprávne vypočítaný osobný mzdový bod za rok 1982 v hodnote 0,3229 a žiadala, aby bol opravený na hodnotu 0,5848 a zároveň aby odporkyňa na základe tejto opravy prepočítala výšku starobného dôchodku. Odporkyňa rozhodnutím číslo XXX XXX XXXX X zo dňa 7.3.2014 zvýšila od 7. marca 2012 starobný dôchodok na sumu 170,80 eur mesačne, zvýšený od 1. januára 2013 na sumu 182,00 eur mesačne a od 1. januára 2014 na sumu 190,80 eur mesačne. Rozhodla tak s odôvodnením, že suma starobného dôchodku sa zvýšila po preukázaní nových údajov rozhodujúcich na výpočet dôchodku v období od 1. januára 1982 do 31. decembra 1982, od 1. januára 1990 do 19. januára 1990, bol preukázaný vymeriavací základ a obdobie dôchodkového poistenia, čím sa počet doteraz započítaných dní obdobia dôchodkového poistenia zvýšil na 12 726 dní. Taktiež v roku 1982 opravila osobný mzdový bod na hodnotu 0,5848, čím navrhovateľke celkom vyhovela, čo navrhovateľka v jej podaní zo dňa 25.3.2014 nespochybnila.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https://www.kauzis.sk/judikatura/r/ECLI:SK:KSBA:2014:1012201251.2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