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4Sp/84/2012 z 8. 4. 2014</w:t>
      </w:r>
    </w:p>
    <w:p>
      <w:r>
        <w:t>Uznesenie Krajského súdu Bratislava z 8. apríla 2014, sp. zn. 4Sp/84/2012, ECLI:SK:KSBA:2014:1012201271.2</w:t>
      </w:r>
    </w:p>
    <w:p>
      <w:r>
        <w:t>Súd: Krajský súd Bratislava</w:t>
      </w:r>
    </w:p>
    <w:p>
      <w:r>
        <w:t>Spisová značka: 4Sp/84/2012</w:t>
      </w:r>
    </w:p>
    <w:p>
      <w:r>
        <w:t>ECLI: ECLI:SK:KSBA:2014:1012201271.2</w:t>
      </w:r>
    </w:p>
    <w:p>
      <w:r>
        <w:t>Dátum vydania: 8. 4. 2014</w:t>
      </w:r>
    </w:p>
    <w:p>
      <w:r>
        <w:t>Forma: Uznesenie</w:t>
      </w:r>
    </w:p>
    <w:p>
      <w:pPr>
        <w:pStyle w:val="Heading2"/>
      </w:pPr>
      <w:r>
        <w:t>Text rozhodnutia</w:t>
      </w:r>
    </w:p>
    <w:p>
      <w:r>
        <w:t>Súd: Krajský súd Bratislava Spisová značka: 4Sp/84/2012 Identifikačné číslo súdneho spisu: 1012201271 Dátum vydania rozhodnutia: 09. 04. 2014 Meno a priezvisko sudcu, VSÚ: JUDr. Ľubomír Šramko ECLI: ECLI:SK:KSBA:2014:1012201271.2 Uznesenie Krajský súd v Bratislave v právnej veci navrhovateľa: pána D. M., bytom D. X, T. proti odporcovi: Centrum právnej pomoci so sídlom Námestie slobody 12, Bratislava v konaní o opravnom prostriedku navrhovateľa zo dňa 3.7.2012 proti rozhodnutiu odporcu Sp. zn.: 4N 1894/08, Ev. č.: 2975/12 zo dňa 19.6.2012 takto r o z h o d o l : Krajský súd v Bratislave konanie z a s t a v u j e . Žiaden z účastníkov konania nemá právo na náhradu trov tohto konania o d ô v o d n e n i e : Dňa 3.7.2012 bol konajúcemu Krajskému súdu v Bratislave (ďalej len súd) doručený návrh - opravný prostriedok navrhovateľa z 3.7.2012, ktorým sa navrhovateľ domáhal zrušenia napadnutého rozhodnutia odporcu Sp. zn.: 4N 1894/08, Ev. č.: 2975/12 zo dňa 19.6.2012. Dňa 9.4.2014, pred otvorením pojednávania vo veci samej navrhovateľ prehlásil, že svoj podaný návrh z 3.7.2012 voči napadnutému rozhodnutiu odporcu Sp. zn.: 4N 1894/08, Ev. č.: 2975/12 zo dňa 19.6.2012 berie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https://www.kauzis.sk/judikatura/r/ECLI:SK:KSBA:2014:1012201271.2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