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4S/131/2012 z 23. 1. 2014</w:t>
      </w:r>
    </w:p>
    <w:p>
      <w:r>
        <w:t>Uznesenie Krajského súdu Bratislava z 23. januára 2014, sp. zn. 4S/131/2012, ECLI:SK:KSBA:2014:1012201287.1</w:t>
      </w:r>
    </w:p>
    <w:p>
      <w:r>
        <w:t>Súd: Krajský súd Bratislava</w:t>
      </w:r>
    </w:p>
    <w:p>
      <w:r>
        <w:t>Spisová značka: 4S/131/2012</w:t>
      </w:r>
    </w:p>
    <w:p>
      <w:r>
        <w:t>ECLI: ECLI:SK:KSBA:2014:1012201287.1</w:t>
      </w:r>
    </w:p>
    <w:p>
      <w:r>
        <w:t>Dátum vydania: 23.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4S/131/2012 Identifikačné číslo súdneho spisu: 1012201287 Dátum vydania rozhodnutia: 24. 01. 2014 Meno a priezvisko sudcu, VSÚ: JUDr. Soňa Langová ECLI: ECLI:SK:KSBA:2014:1012201287.1 Uznesenie Krajský súd v Bratislave v právnej veci žalobcu: HUN SERVIS, s.r.o., so sídlom Klincová 37/B, 821 08 Bratislava, právne zastúpený: KRION Partners s.r.o., so sídlom Jozefská 3, 811 06 Bratislava, proti žalovanému: Finančné riaditeľstvo Slovenskej republiky, so sídlom Lazovná 63, 974 01 Banská Bystrica, o preskúmanie zákonnosti rozhodnutia žalovaného č. 1020507/1/1015325/2012 zo dňa 31.5.2012, jednohlasne, takto r o z h o d o l : Krajský súd v Bratislave konanie z a s t a v u j e . Žiaden z účastníkov nemá právo na náhradu trov konania. o d ô v o d n e n i e : Žalobou podanou na Krajský súd v Bratislave dňa 6.7.2012 sa žalobca domáhal preskúmania zákonnosti rozhodnutia žalovaného č. 1020507/1/1015325/2012 zo dňa 31.5.2012, ktorým žalovaný odvolanie žalobcu odmietol a potvrdil dodatočný platobný výmer Daňového úradu Trnava č. 9210302/1/329995/2012 zo dňa 2.3.2012. Prvostupňový správny orgán vo svojom rozhodnutí určil žalobcovi nadmerný odpočet dane z priadnej hodnoty za zdaňovacie obdobie december 2009 vo výške XXX.XXX,XX,- € a určil žalobcovi vlastnú daňovú povinnosť vo výške XX.XXX,XX,- € Výzvou zo dňa 27.11.2013 doručenou právnemu zástupcovi žalobcu dňa 3.12.2013, bol žalobca vyzvaný na zaplatenie súdneho poplatku vo výške 66,-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a) sadzobníka súdnych poplatkov účinného do 30.9.2012, sa platil súdny poplatok z návrhu na preskúmanie zákonnosti rozhodnutia orgánu verejnej správy na základe žaloby v sume 66,-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https://www.kauzis.sk/judikatura/r/ECLI:SK:KSBA:2014:1012201287.1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