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5S/234/2012 z 13. 10. 2014</w:t>
      </w:r>
    </w:p>
    <w:p>
      <w:r>
        <w:t>Rozhodnutie Krajského súdu Bratislava z 13. októbra 2014, sp. zn. 5S/234/2012, ECLI:SK:KSBA:2014:1012201363.1</w:t>
      </w:r>
    </w:p>
    <w:p>
      <w:r>
        <w:t>Súd: Krajský súd Bratislava</w:t>
      </w:r>
    </w:p>
    <w:p>
      <w:r>
        <w:t>Spisová značka: 5S/234/2012</w:t>
      </w:r>
    </w:p>
    <w:p>
      <w:r>
        <w:t>ECLI: ECLI:SK:KSBA:2014:1012201363.1</w:t>
      </w:r>
    </w:p>
    <w:p>
      <w:r>
        <w:t>Dátum vydania: 13. 10. 2014</w:t>
      </w:r>
    </w:p>
    <w:p>
      <w:r>
        <w:t>Forma: Rozhodnutie</w:t>
      </w:r>
    </w:p>
    <w:p>
      <w:pPr>
        <w:pStyle w:val="Heading2"/>
      </w:pPr>
      <w:r>
        <w:t>Text rozhodnutia</w:t>
      </w:r>
    </w:p>
    <w:p>
      <w:r>
        <w:t>Súd: Krajský súd Bratislava Spisová značka: 5S/234/2012 Identifikačné číslo súdneho spisu: 1012201363 Dátum vydania rozhodnutia: 14. 10. 2014 Meno a priezvisko sudcu, VSÚ: JUDr. Viera Šebestová ECLI: ECLI:SK:KSBA:2014:1012201363.1 Rozhodnutie Krajský súd v Bratislave v právnej veci žalobcu: E.V.I.A.N. spol. s r.o., Slávičie údolie 43, 811 03 Bratislava, IČO: 36 847 429, zastúpený: Mgr. Milan Kantuľák, advokát, Na Pažiti 19, 831 01 Bratislava, proti žalovanému: Finančné riaditeľstvo Slovenskej republiky, Lazovná č. 63, 974 01 Banská Bystrica, o preskúmanie zákonnosti rozhodnutia žalovaného č. XXXXXXX/X/XXXXXX/XXXX/XXXX-r zo dňa XX.X.XXXX, takto r o z h o d o l : Krajský súd v Bratislave konanie z a s t a v u j e . Žiaden z účastníkov nemá právo na náhradu trov konania. o d ô v o d n e n i e : Žalobou zo dňa 13.7.2012 sa žalobca domáhal preskúmania zákonnosti rozhodnutia žalovaného č. XXXXXXX/X/XXXXXX/XXXX/XXXX-r zo dňa XX.X.XXXX, ktorým žalovaný potvrdil dodatočný platobný výmer Daňového úradu Bratislava I č. XXX/XXX/XXXXXX/XX/KokA zo dňa XX.XX.XXXX, ktorým správca dane nepriznal nadmerný odpočet dane z pridanej hodnoty za zdaňovacie obdobie september 2010 v sume XX XXX,XX eur a žalobcovi určil vlastnú daňovú povinnosť v sume XXX,XX eur. Keďže žalobca spolu so žalobou nezaplatil poplatok za podanie žaloby v sume XX,- eur, súd ho pod následkom zastavenia konania vyzval na zaplatenie súdneho poplatku v lehote do 10 dní výzvou č.k. XS/XXX/XXXX-XX, doručenou právnemu zástupcovi dňa XX.X.XXXX. Žalobca napriek výzve súdny poplatok nezaplatil. Podľa § 10 ods. 1 zákona č. 71/1992 Zb.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Keďže žalobca nezaplatil súdny poplatok v lehote, stanovenej výzvou súdu, a to napriek poučeniu, rozhodol súd tak, že konanie vo veci zastavil. O náhrade trov konania súd rozhodol podľa § 146 ods. 1 písm. c) O.s.p. s použitím ustanovenia § 246c O.s.p. tak, že žiaden z účastníkov nemá právo na náhradu trov konania, nakoľko konanie vo veci bolo zastavené a žalovanému trovy v súvislosti s konaním nevznikli.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https://www.kauzis.sk/judikatura/r/ECLI:SK:KSBA:2014:1012201363.1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