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1S/182/2012 z 20. 3. 2014</w:t>
      </w:r>
    </w:p>
    <w:p>
      <w:r>
        <w:t>Uznesenie Krajského súdu Bratislava z 20. marca 2014, sp. zn. 1S/182/2012, ECLI:SK:KSBA:2014:1012201393.2</w:t>
      </w:r>
    </w:p>
    <w:p>
      <w:r>
        <w:t>Súd: Krajský súd Bratislava</w:t>
      </w:r>
    </w:p>
    <w:p>
      <w:r>
        <w:t>Spisová značka: 1S/182/2012</w:t>
      </w:r>
    </w:p>
    <w:p>
      <w:r>
        <w:t>ECLI: ECLI:SK:KSBA:2014:1012201393.2</w:t>
      </w:r>
    </w:p>
    <w:p>
      <w:r>
        <w:t>Dátum vydania: 20.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1S/182/2012 Identifikačné číslo súdneho spisu: 1012201393 Dátum vydania rozhodnutia: 21. 03. 2014 Meno a priezvisko sudcu, VSÚ: JUDr. Nora Majerníková ECLI: ECLI:SK:KSBA:2014:1012201393.2 Uznesenie Krajský súd v Bratislave v právnej veci žalobcu: E. ON Elektrárne, s.r.o., SPP Kompresorová stanica 3, Trakovice, IČO: 36 239 593, zastúpený: ius aegis, s.r.o., advokátska kancelária, Ferienčíkova 7, Bratislava, proti žalovanému: Finančné riaditeľstvo Slovenskej republiky, Lazovná 63, Banská Bystrica, o preskúmanie zákonnosti rozhodnutia č. 1020507/1/981589/2012 zo dňa 10.05.2012, takto r o z h o d o l : Krajský súd v Bratislave p o s t u p u j e vec Krajskému súdu v Trnave. o d ô v o d n e n i e : Žalobou doručenou tunajšiemu súdu dňa 19.07.2012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Trakoviciach, a preto jeho všeobecným súdom je súd určený podľa § 85 ods. 1 O.s.p., ktorý je v obvode Krajského súdu v Trnave. Podľa § 250d ods. 2 O.s.p. ak predseda senátu zistí, že súd nie je vecne alebo miestne príslušný, postúpi vec uznesením príslušnému súdu. V uvedenej veci bolo zistené, že všeobecným súdom žalobcu je súd, ktorý je v obvode Krajského súdu v Trnave a keďže ide o preskúmanie rozhodnutia žalovaného - orgánu s pôsobnosťou pre celé územie Slovenskej republiky, miestne príslušným je Krajský súd v Trnave,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https://www.kauzis.sk/judikatura/r/ECLI:SK:KSBA:2014:1012201393.2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